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E6860" w14:textId="77777777" w:rsidR="004F386E" w:rsidRPr="007B1C6A" w:rsidRDefault="00000000">
      <w:pPr>
        <w:jc w:val="center"/>
        <w:rPr>
          <w:rFonts w:ascii="Times New Roman" w:hAnsi="Times New Roman" w:cs="Times New Roman"/>
          <w:b/>
          <w:bCs/>
          <w:sz w:val="28"/>
          <w:szCs w:val="28"/>
        </w:rPr>
      </w:pPr>
      <w:r w:rsidRPr="007B1C6A">
        <w:rPr>
          <w:rFonts w:ascii="Times New Roman" w:hAnsi="Times New Roman" w:cs="Times New Roman"/>
          <w:b/>
          <w:bCs/>
          <w:sz w:val="28"/>
          <w:szCs w:val="28"/>
        </w:rPr>
        <w:t>PHỤ LỤC</w:t>
      </w:r>
    </w:p>
    <w:p w14:paraId="1096EED7" w14:textId="77777777" w:rsidR="004F386E" w:rsidRPr="007B1C6A" w:rsidRDefault="00000000">
      <w:pPr>
        <w:jc w:val="center"/>
        <w:rPr>
          <w:rFonts w:ascii="Times New Roman" w:hAnsi="Times New Roman" w:cs="Times New Roman"/>
          <w:b/>
          <w:bCs/>
          <w:sz w:val="28"/>
          <w:szCs w:val="28"/>
        </w:rPr>
      </w:pPr>
      <w:r w:rsidRPr="007B1C6A">
        <w:rPr>
          <w:rFonts w:ascii="Times New Roman" w:hAnsi="Times New Roman" w:cs="Times New Roman"/>
          <w:b/>
          <w:bCs/>
          <w:sz w:val="28"/>
          <w:szCs w:val="28"/>
        </w:rPr>
        <w:t>BẢN SO SÁNH, THUYẾT MINH NỘI DUNG DỰ THẢO QUYẾT ĐỊNH BAN HÀNH QUY CHẾ QUẢN LÝ, VẬN HÀNH VÀ KHAI THÁC TRUNG TÂM DỮ LIỆU THÀNH PHỐ HUẾ</w:t>
      </w:r>
    </w:p>
    <w:p w14:paraId="095557EB" w14:textId="77777777" w:rsidR="004F386E" w:rsidRPr="007B1C6A" w:rsidRDefault="00000000">
      <w:pPr>
        <w:jc w:val="center"/>
        <w:rPr>
          <w:rFonts w:ascii="Times New Roman" w:hAnsi="Times New Roman" w:cs="Times New Roman"/>
          <w:i/>
          <w:iCs/>
          <w:sz w:val="28"/>
          <w:szCs w:val="28"/>
        </w:rPr>
      </w:pPr>
      <w:r w:rsidRPr="007B1C6A">
        <w:rPr>
          <w:rFonts w:ascii="Times New Roman" w:hAnsi="Times New Roman" w:cs="Times New Roman"/>
          <w:i/>
          <w:iCs/>
          <w:sz w:val="28"/>
          <w:szCs w:val="28"/>
        </w:rPr>
        <w:t>(</w:t>
      </w:r>
      <w:proofErr w:type="spellStart"/>
      <w:r w:rsidRPr="007B1C6A">
        <w:rPr>
          <w:rFonts w:ascii="Times New Roman" w:hAnsi="Times New Roman" w:cs="Times New Roman"/>
          <w:i/>
          <w:iCs/>
          <w:sz w:val="28"/>
          <w:szCs w:val="28"/>
        </w:rPr>
        <w:t>Kèm</w:t>
      </w:r>
      <w:proofErr w:type="spellEnd"/>
      <w:r w:rsidRPr="007B1C6A">
        <w:rPr>
          <w:rFonts w:ascii="Times New Roman" w:hAnsi="Times New Roman" w:cs="Times New Roman"/>
          <w:i/>
          <w:iCs/>
          <w:sz w:val="28"/>
          <w:szCs w:val="28"/>
        </w:rPr>
        <w:t xml:space="preserve"> </w:t>
      </w:r>
      <w:proofErr w:type="spellStart"/>
      <w:r w:rsidRPr="007B1C6A">
        <w:rPr>
          <w:rFonts w:ascii="Times New Roman" w:hAnsi="Times New Roman" w:cs="Times New Roman"/>
          <w:i/>
          <w:iCs/>
          <w:sz w:val="28"/>
          <w:szCs w:val="28"/>
        </w:rPr>
        <w:t>theo</w:t>
      </w:r>
      <w:proofErr w:type="spellEnd"/>
      <w:r w:rsidRPr="007B1C6A">
        <w:rPr>
          <w:rFonts w:ascii="Times New Roman" w:hAnsi="Times New Roman" w:cs="Times New Roman"/>
          <w:i/>
          <w:iCs/>
          <w:sz w:val="28"/>
          <w:szCs w:val="28"/>
        </w:rPr>
        <w:t xml:space="preserve"> Công </w:t>
      </w:r>
      <w:proofErr w:type="spellStart"/>
      <w:r w:rsidRPr="007B1C6A">
        <w:rPr>
          <w:rFonts w:ascii="Times New Roman" w:hAnsi="Times New Roman" w:cs="Times New Roman"/>
          <w:i/>
          <w:iCs/>
          <w:sz w:val="28"/>
          <w:szCs w:val="28"/>
        </w:rPr>
        <w:t>văn</w:t>
      </w:r>
      <w:proofErr w:type="spellEnd"/>
      <w:r w:rsidRPr="007B1C6A">
        <w:rPr>
          <w:rFonts w:ascii="Times New Roman" w:hAnsi="Times New Roman" w:cs="Times New Roman"/>
          <w:i/>
          <w:iCs/>
          <w:sz w:val="28"/>
          <w:szCs w:val="28"/>
        </w:rPr>
        <w:t xml:space="preserve"> </w:t>
      </w:r>
      <w:proofErr w:type="spellStart"/>
      <w:r w:rsidRPr="007B1C6A">
        <w:rPr>
          <w:rFonts w:ascii="Times New Roman" w:hAnsi="Times New Roman" w:cs="Times New Roman"/>
          <w:i/>
          <w:iCs/>
          <w:sz w:val="28"/>
          <w:szCs w:val="28"/>
        </w:rPr>
        <w:t>số</w:t>
      </w:r>
      <w:proofErr w:type="spellEnd"/>
      <w:r w:rsidR="00717245" w:rsidRPr="007B1C6A">
        <w:rPr>
          <w:rFonts w:ascii="Times New Roman" w:hAnsi="Times New Roman" w:cs="Times New Roman"/>
          <w:i/>
          <w:iCs/>
          <w:sz w:val="28"/>
          <w:szCs w:val="28"/>
        </w:rPr>
        <w:t>:</w:t>
      </w:r>
      <w:r w:rsidRPr="007B1C6A">
        <w:rPr>
          <w:rFonts w:ascii="Times New Roman" w:hAnsi="Times New Roman" w:cs="Times New Roman"/>
          <w:i/>
          <w:iCs/>
          <w:sz w:val="28"/>
          <w:szCs w:val="28"/>
        </w:rPr>
        <w:t xml:space="preserve">      /SKHCN-CĐS</w:t>
      </w:r>
      <w:r w:rsidR="00717245" w:rsidRPr="007B1C6A">
        <w:rPr>
          <w:rFonts w:ascii="Times New Roman" w:hAnsi="Times New Roman" w:cs="Times New Roman"/>
          <w:i/>
          <w:iCs/>
          <w:sz w:val="28"/>
          <w:szCs w:val="28"/>
        </w:rPr>
        <w:t xml:space="preserve"> </w:t>
      </w:r>
      <w:proofErr w:type="spellStart"/>
      <w:r w:rsidRPr="007B1C6A">
        <w:rPr>
          <w:rFonts w:ascii="Times New Roman" w:hAnsi="Times New Roman" w:cs="Times New Roman"/>
          <w:i/>
          <w:iCs/>
          <w:sz w:val="28"/>
          <w:szCs w:val="28"/>
        </w:rPr>
        <w:t>ngày</w:t>
      </w:r>
      <w:proofErr w:type="spellEnd"/>
      <w:r w:rsidRPr="007B1C6A">
        <w:rPr>
          <w:rFonts w:ascii="Times New Roman" w:hAnsi="Times New Roman" w:cs="Times New Roman"/>
          <w:i/>
          <w:iCs/>
          <w:sz w:val="28"/>
          <w:szCs w:val="28"/>
        </w:rPr>
        <w:t xml:space="preserve">    </w:t>
      </w:r>
      <w:proofErr w:type="spellStart"/>
      <w:r w:rsidRPr="007B1C6A">
        <w:rPr>
          <w:rFonts w:ascii="Times New Roman" w:hAnsi="Times New Roman" w:cs="Times New Roman"/>
          <w:i/>
          <w:iCs/>
          <w:sz w:val="28"/>
          <w:szCs w:val="28"/>
        </w:rPr>
        <w:t>tháng</w:t>
      </w:r>
      <w:proofErr w:type="spellEnd"/>
      <w:r w:rsidRPr="007B1C6A">
        <w:rPr>
          <w:rFonts w:ascii="Times New Roman" w:hAnsi="Times New Roman" w:cs="Times New Roman"/>
          <w:i/>
          <w:iCs/>
          <w:sz w:val="28"/>
          <w:szCs w:val="28"/>
        </w:rPr>
        <w:t xml:space="preserve"> </w:t>
      </w:r>
      <w:r w:rsidR="00B558F3" w:rsidRPr="007B1C6A">
        <w:rPr>
          <w:rFonts w:ascii="Times New Roman" w:hAnsi="Times New Roman" w:cs="Times New Roman"/>
          <w:i/>
          <w:iCs/>
          <w:sz w:val="28"/>
          <w:szCs w:val="28"/>
        </w:rPr>
        <w:t>9</w:t>
      </w:r>
      <w:r w:rsidRPr="007B1C6A">
        <w:rPr>
          <w:rFonts w:ascii="Times New Roman" w:hAnsi="Times New Roman" w:cs="Times New Roman"/>
          <w:i/>
          <w:iCs/>
          <w:sz w:val="28"/>
          <w:szCs w:val="28"/>
        </w:rPr>
        <w:t xml:space="preserve"> </w:t>
      </w:r>
      <w:proofErr w:type="spellStart"/>
      <w:r w:rsidRPr="007B1C6A">
        <w:rPr>
          <w:rFonts w:ascii="Times New Roman" w:hAnsi="Times New Roman" w:cs="Times New Roman"/>
          <w:i/>
          <w:iCs/>
          <w:sz w:val="28"/>
          <w:szCs w:val="28"/>
        </w:rPr>
        <w:t>năm</w:t>
      </w:r>
      <w:proofErr w:type="spellEnd"/>
      <w:r w:rsidRPr="007B1C6A">
        <w:rPr>
          <w:rFonts w:ascii="Times New Roman" w:hAnsi="Times New Roman" w:cs="Times New Roman"/>
          <w:i/>
          <w:iCs/>
          <w:sz w:val="28"/>
          <w:szCs w:val="28"/>
        </w:rPr>
        <w:t xml:space="preserve"> 2026 </w:t>
      </w:r>
      <w:proofErr w:type="spellStart"/>
      <w:r w:rsidRPr="007B1C6A">
        <w:rPr>
          <w:rFonts w:ascii="Times New Roman" w:hAnsi="Times New Roman" w:cs="Times New Roman"/>
          <w:i/>
          <w:iCs/>
          <w:sz w:val="28"/>
          <w:szCs w:val="28"/>
        </w:rPr>
        <w:t>của</w:t>
      </w:r>
      <w:proofErr w:type="spellEnd"/>
      <w:r w:rsidRPr="007B1C6A">
        <w:rPr>
          <w:rFonts w:ascii="Times New Roman" w:hAnsi="Times New Roman" w:cs="Times New Roman"/>
          <w:i/>
          <w:iCs/>
          <w:sz w:val="28"/>
          <w:szCs w:val="28"/>
        </w:rPr>
        <w:t xml:space="preserve"> </w:t>
      </w:r>
      <w:proofErr w:type="spellStart"/>
      <w:r w:rsidRPr="007B1C6A">
        <w:rPr>
          <w:rFonts w:ascii="Times New Roman" w:hAnsi="Times New Roman" w:cs="Times New Roman"/>
          <w:i/>
          <w:iCs/>
          <w:sz w:val="28"/>
          <w:szCs w:val="28"/>
        </w:rPr>
        <w:t>Sở</w:t>
      </w:r>
      <w:proofErr w:type="spellEnd"/>
      <w:r w:rsidRPr="007B1C6A">
        <w:rPr>
          <w:rFonts w:ascii="Times New Roman" w:hAnsi="Times New Roman" w:cs="Times New Roman"/>
          <w:i/>
          <w:iCs/>
          <w:sz w:val="28"/>
          <w:szCs w:val="28"/>
        </w:rPr>
        <w:t xml:space="preserve"> Khoa </w:t>
      </w:r>
      <w:proofErr w:type="spellStart"/>
      <w:r w:rsidRPr="007B1C6A">
        <w:rPr>
          <w:rFonts w:ascii="Times New Roman" w:hAnsi="Times New Roman" w:cs="Times New Roman"/>
          <w:i/>
          <w:iCs/>
          <w:sz w:val="28"/>
          <w:szCs w:val="28"/>
        </w:rPr>
        <w:t>học</w:t>
      </w:r>
      <w:proofErr w:type="spellEnd"/>
      <w:r w:rsidRPr="007B1C6A">
        <w:rPr>
          <w:rFonts w:ascii="Times New Roman" w:hAnsi="Times New Roman" w:cs="Times New Roman"/>
          <w:i/>
          <w:iCs/>
          <w:sz w:val="28"/>
          <w:szCs w:val="28"/>
        </w:rPr>
        <w:t xml:space="preserve"> </w:t>
      </w:r>
      <w:proofErr w:type="spellStart"/>
      <w:r w:rsidRPr="007B1C6A">
        <w:rPr>
          <w:rFonts w:ascii="Times New Roman" w:hAnsi="Times New Roman" w:cs="Times New Roman"/>
          <w:i/>
          <w:iCs/>
          <w:sz w:val="28"/>
          <w:szCs w:val="28"/>
        </w:rPr>
        <w:t>và</w:t>
      </w:r>
      <w:proofErr w:type="spellEnd"/>
      <w:r w:rsidRPr="007B1C6A">
        <w:rPr>
          <w:rFonts w:ascii="Times New Roman" w:hAnsi="Times New Roman" w:cs="Times New Roman"/>
          <w:i/>
          <w:iCs/>
          <w:sz w:val="28"/>
          <w:szCs w:val="28"/>
        </w:rPr>
        <w:t xml:space="preserve"> Công </w:t>
      </w:r>
      <w:proofErr w:type="spellStart"/>
      <w:r w:rsidRPr="007B1C6A">
        <w:rPr>
          <w:rFonts w:ascii="Times New Roman" w:hAnsi="Times New Roman" w:cs="Times New Roman"/>
          <w:i/>
          <w:iCs/>
          <w:sz w:val="28"/>
          <w:szCs w:val="28"/>
        </w:rPr>
        <w:t>nghệ</w:t>
      </w:r>
      <w:proofErr w:type="spellEnd"/>
      <w:r w:rsidRPr="007B1C6A">
        <w:rPr>
          <w:rFonts w:ascii="Times New Roman" w:hAnsi="Times New Roman" w:cs="Times New Roman"/>
          <w:i/>
          <w:iCs/>
          <w:sz w:val="28"/>
          <w:szCs w:val="28"/>
        </w:rPr>
        <w:t>)</w:t>
      </w: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371"/>
        <w:gridCol w:w="3969"/>
      </w:tblGrid>
      <w:tr w:rsidR="004F386E" w:rsidRPr="007B1C6A" w14:paraId="375F65BE" w14:textId="77777777" w:rsidTr="00114A3B">
        <w:tc>
          <w:tcPr>
            <w:tcW w:w="1838" w:type="dxa"/>
          </w:tcPr>
          <w:p w14:paraId="2A1A937C" w14:textId="77777777" w:rsidR="004F386E" w:rsidRPr="007B1C6A" w:rsidRDefault="00000000" w:rsidP="0061177A">
            <w:pPr>
              <w:spacing w:before="120" w:after="120" w:line="240" w:lineRule="auto"/>
              <w:jc w:val="center"/>
              <w:rPr>
                <w:rFonts w:ascii="Times New Roman" w:hAnsi="Times New Roman" w:cs="Times New Roman"/>
                <w:b/>
                <w:bCs/>
                <w:sz w:val="28"/>
                <w:szCs w:val="28"/>
              </w:rPr>
            </w:pPr>
            <w:r w:rsidRPr="007B1C6A">
              <w:rPr>
                <w:rFonts w:ascii="Times New Roman" w:hAnsi="Times New Roman" w:cs="Times New Roman"/>
                <w:b/>
                <w:bCs/>
                <w:sz w:val="28"/>
                <w:szCs w:val="28"/>
              </w:rPr>
              <w:t>QUY PHẠM PHÁP LUẬT HIỆN HÀNH</w:t>
            </w:r>
          </w:p>
        </w:tc>
        <w:tc>
          <w:tcPr>
            <w:tcW w:w="7371" w:type="dxa"/>
          </w:tcPr>
          <w:p w14:paraId="5898CFF7" w14:textId="77777777" w:rsidR="004F386E" w:rsidRPr="007B1C6A" w:rsidRDefault="00000000" w:rsidP="0061177A">
            <w:pPr>
              <w:spacing w:before="120" w:after="120" w:line="240" w:lineRule="auto"/>
              <w:jc w:val="center"/>
              <w:rPr>
                <w:rFonts w:ascii="Times New Roman" w:hAnsi="Times New Roman" w:cs="Times New Roman"/>
                <w:b/>
                <w:bCs/>
                <w:sz w:val="28"/>
                <w:szCs w:val="28"/>
              </w:rPr>
            </w:pPr>
            <w:r w:rsidRPr="007B1C6A">
              <w:rPr>
                <w:rFonts w:ascii="Times New Roman" w:hAnsi="Times New Roman" w:cs="Times New Roman"/>
                <w:b/>
                <w:bCs/>
                <w:sz w:val="28"/>
                <w:szCs w:val="28"/>
              </w:rPr>
              <w:t>DỰ THẢO VĂN BẢN</w:t>
            </w:r>
          </w:p>
        </w:tc>
        <w:tc>
          <w:tcPr>
            <w:tcW w:w="3969" w:type="dxa"/>
          </w:tcPr>
          <w:p w14:paraId="796F215A" w14:textId="77777777" w:rsidR="004F386E" w:rsidRPr="007B1C6A" w:rsidRDefault="00000000" w:rsidP="0061177A">
            <w:pPr>
              <w:spacing w:before="120" w:after="120" w:line="240" w:lineRule="auto"/>
              <w:jc w:val="center"/>
              <w:rPr>
                <w:rFonts w:ascii="Times New Roman" w:hAnsi="Times New Roman" w:cs="Times New Roman"/>
                <w:b/>
                <w:bCs/>
                <w:sz w:val="28"/>
                <w:szCs w:val="28"/>
              </w:rPr>
            </w:pPr>
            <w:r w:rsidRPr="007B1C6A">
              <w:rPr>
                <w:rFonts w:ascii="Times New Roman" w:hAnsi="Times New Roman" w:cs="Times New Roman"/>
                <w:b/>
                <w:bCs/>
                <w:sz w:val="28"/>
                <w:szCs w:val="28"/>
              </w:rPr>
              <w:t>THUYẾT MINH</w:t>
            </w:r>
          </w:p>
        </w:tc>
      </w:tr>
      <w:tr w:rsidR="00D74C2A" w:rsidRPr="00114A3B" w14:paraId="786617D6" w14:textId="77777777" w:rsidTr="00114A3B">
        <w:tc>
          <w:tcPr>
            <w:tcW w:w="1838" w:type="dxa"/>
          </w:tcPr>
          <w:p w14:paraId="61CF012A"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5D6C8B9C" w14:textId="77777777" w:rsidR="009E7DBF" w:rsidRPr="00114A3B" w:rsidRDefault="009E7DBF" w:rsidP="00114A3B">
            <w:pPr>
              <w:pStyle w:val="Heading2"/>
              <w:spacing w:after="120"/>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1. Phạm vi </w:t>
            </w: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chỉnh</w:t>
            </w:r>
            <w:proofErr w:type="spellEnd"/>
          </w:p>
          <w:p w14:paraId="2834DA55" w14:textId="77777777" w:rsidR="004F386E" w:rsidRPr="00114A3B" w:rsidRDefault="009E7DBF" w:rsidP="00114A3B">
            <w:pPr>
              <w:pStyle w:val="BodyText"/>
              <w:jc w:val="both"/>
              <w:rPr>
                <w:rFonts w:ascii="Times New Roman" w:hAnsi="Times New Roman" w:cs="Times New Roman"/>
                <w:sz w:val="28"/>
                <w:szCs w:val="28"/>
              </w:rPr>
            </w:pPr>
            <w:r w:rsidRPr="00114A3B">
              <w:rPr>
                <w:rFonts w:ascii="Times New Roman" w:hAnsi="Times New Roman" w:cs="Times New Roman"/>
                <w:sz w:val="28"/>
                <w:szCs w:val="28"/>
              </w:rPr>
              <w:t>Quy</w:t>
            </w:r>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chế</w:t>
            </w:r>
            <w:proofErr w:type="spellEnd"/>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này</w:t>
            </w:r>
            <w:proofErr w:type="spellEnd"/>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quy</w:t>
            </w:r>
            <w:proofErr w:type="spellEnd"/>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định</w:t>
            </w:r>
            <w:proofErr w:type="spellEnd"/>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việc</w:t>
            </w:r>
            <w:proofErr w:type="spellEnd"/>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quản</w:t>
            </w:r>
            <w:proofErr w:type="spellEnd"/>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lý</w:t>
            </w:r>
            <w:proofErr w:type="spellEnd"/>
            <w:r w:rsidRPr="00114A3B">
              <w:rPr>
                <w:rFonts w:ascii="Times New Roman" w:hAnsi="Times New Roman" w:cs="Times New Roman"/>
                <w:sz w:val="28"/>
                <w:szCs w:val="28"/>
              </w:rPr>
              <w:t>,</w:t>
            </w:r>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vận</w:t>
            </w:r>
            <w:proofErr w:type="spellEnd"/>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hành</w:t>
            </w:r>
            <w:proofErr w:type="spellEnd"/>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và</w:t>
            </w:r>
            <w:proofErr w:type="spellEnd"/>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khai</w:t>
            </w:r>
            <w:proofErr w:type="spellEnd"/>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thác</w:t>
            </w:r>
            <w:proofErr w:type="spellEnd"/>
            <w:r w:rsidRPr="00114A3B">
              <w:rPr>
                <w:rFonts w:ascii="Times New Roman" w:hAnsi="Times New Roman" w:cs="Times New Roman"/>
                <w:spacing w:val="-8"/>
                <w:sz w:val="28"/>
                <w:szCs w:val="28"/>
              </w:rPr>
              <w:t xml:space="preserve"> </w:t>
            </w:r>
            <w:r w:rsidRPr="00114A3B">
              <w:rPr>
                <w:rFonts w:ascii="Times New Roman" w:hAnsi="Times New Roman" w:cs="Times New Roman"/>
                <w:sz w:val="28"/>
                <w:szCs w:val="28"/>
              </w:rPr>
              <w:t>Trung</w:t>
            </w:r>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tâm</w:t>
            </w:r>
            <w:proofErr w:type="spellEnd"/>
            <w:r w:rsidRPr="00114A3B">
              <w:rPr>
                <w:rFonts w:ascii="Times New Roman" w:hAnsi="Times New Roman" w:cs="Times New Roman"/>
                <w:spacing w:val="-8"/>
                <w:sz w:val="28"/>
                <w:szCs w:val="28"/>
              </w:rPr>
              <w:t xml:space="preserve"> </w:t>
            </w:r>
            <w:proofErr w:type="spellStart"/>
            <w:r w:rsidRPr="00114A3B">
              <w:rPr>
                <w:rFonts w:ascii="Times New Roman" w:hAnsi="Times New Roman" w:cs="Times New Roman"/>
                <w:sz w:val="28"/>
                <w:szCs w:val="28"/>
              </w:rPr>
              <w:t>dữ</w:t>
            </w:r>
            <w:proofErr w:type="spellEnd"/>
            <w:r w:rsidRPr="00114A3B">
              <w:rPr>
                <w:rFonts w:ascii="Times New Roman" w:hAnsi="Times New Roman" w:cs="Times New Roman"/>
                <w:spacing w:val="-13"/>
                <w:sz w:val="28"/>
                <w:szCs w:val="28"/>
              </w:rPr>
              <w:t xml:space="preserve"> </w:t>
            </w:r>
            <w:proofErr w:type="spellStart"/>
            <w:r w:rsidRPr="00114A3B">
              <w:rPr>
                <w:rFonts w:ascii="Times New Roman" w:hAnsi="Times New Roman" w:cs="Times New Roman"/>
                <w:sz w:val="28"/>
                <w:szCs w:val="28"/>
              </w:rPr>
              <w:t>liệu</w:t>
            </w:r>
            <w:proofErr w:type="spellEnd"/>
            <w:r w:rsidRPr="00114A3B">
              <w:rPr>
                <w:rFonts w:ascii="Times New Roman" w:hAnsi="Times New Roman" w:cs="Times New Roman"/>
                <w:spacing w:val="-13"/>
                <w:sz w:val="28"/>
                <w:szCs w:val="28"/>
              </w:rPr>
              <w:t xml:space="preserve"> </w:t>
            </w:r>
            <w:proofErr w:type="spellStart"/>
            <w:r w:rsidRPr="00114A3B">
              <w:rPr>
                <w:rFonts w:ascii="Times New Roman" w:hAnsi="Times New Roman" w:cs="Times New Roman"/>
                <w:sz w:val="28"/>
                <w:szCs w:val="28"/>
              </w:rPr>
              <w:t>thành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phố</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Huế</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sau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đây</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gọi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tắt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là</w:t>
            </w:r>
            <w:proofErr w:type="spellEnd"/>
            <w:r w:rsidRPr="00114A3B">
              <w:rPr>
                <w:rFonts w:ascii="Times New Roman" w:hAnsi="Times New Roman" w:cs="Times New Roman"/>
                <w:sz w:val="28"/>
                <w:szCs w:val="28"/>
              </w:rPr>
              <w:t xml:space="preserve"> Trung </w:t>
            </w:r>
            <w:proofErr w:type="spellStart"/>
            <w:r w:rsidRPr="00114A3B">
              <w:rPr>
                <w:rFonts w:ascii="Times New Roman" w:hAnsi="Times New Roman" w:cs="Times New Roman"/>
                <w:sz w:val="28"/>
                <w:szCs w:val="28"/>
              </w:rPr>
              <w:t>tâm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dữ</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liệu</w:t>
            </w:r>
            <w:proofErr w:type="spellEnd"/>
            <w:r w:rsidRPr="00114A3B">
              <w:rPr>
                <w:rFonts w:ascii="Times New Roman" w:hAnsi="Times New Roman" w:cs="Times New Roman"/>
                <w:sz w:val="28"/>
                <w:szCs w:val="28"/>
              </w:rPr>
              <w:t>).</w:t>
            </w:r>
            <w:r w:rsidRPr="00114A3B">
              <w:rPr>
                <w:rFonts w:ascii="Times New Roman" w:hAnsi="Times New Roman" w:cs="Times New Roman"/>
                <w:spacing w:val="-13"/>
                <w:sz w:val="28"/>
                <w:szCs w:val="28"/>
              </w:rPr>
              <w:t xml:space="preserve"> </w:t>
            </w:r>
            <w:r w:rsidRPr="00114A3B">
              <w:rPr>
                <w:rFonts w:ascii="Times New Roman" w:hAnsi="Times New Roman" w:cs="Times New Roman"/>
                <w:sz w:val="28"/>
                <w:szCs w:val="28"/>
              </w:rPr>
              <w:t>Các</w:t>
            </w:r>
            <w:r w:rsidRPr="00114A3B">
              <w:rPr>
                <w:rFonts w:ascii="Times New Roman" w:hAnsi="Times New Roman" w:cs="Times New Roman"/>
                <w:spacing w:val="-14"/>
                <w:sz w:val="28"/>
                <w:szCs w:val="28"/>
              </w:rPr>
              <w:t xml:space="preserve"> </w:t>
            </w:r>
            <w:proofErr w:type="spellStart"/>
            <w:r w:rsidRPr="00114A3B">
              <w:rPr>
                <w:rFonts w:ascii="Times New Roman" w:hAnsi="Times New Roman" w:cs="Times New Roman"/>
                <w:sz w:val="28"/>
                <w:szCs w:val="28"/>
              </w:rPr>
              <w:t>nội</w:t>
            </w:r>
            <w:proofErr w:type="spellEnd"/>
            <w:r w:rsidRPr="00114A3B">
              <w:rPr>
                <w:rFonts w:ascii="Times New Roman" w:hAnsi="Times New Roman" w:cs="Times New Roman"/>
                <w:spacing w:val="-13"/>
                <w:sz w:val="28"/>
                <w:szCs w:val="28"/>
              </w:rPr>
              <w:t xml:space="preserve"> </w:t>
            </w:r>
            <w:r w:rsidRPr="00114A3B">
              <w:rPr>
                <w:rFonts w:ascii="Times New Roman" w:hAnsi="Times New Roman" w:cs="Times New Roman"/>
                <w:sz w:val="28"/>
                <w:szCs w:val="28"/>
              </w:rPr>
              <w:t>dung</w:t>
            </w:r>
            <w:r w:rsidRPr="00114A3B">
              <w:rPr>
                <w:rFonts w:ascii="Times New Roman" w:hAnsi="Times New Roman" w:cs="Times New Roman"/>
                <w:spacing w:val="-13"/>
                <w:sz w:val="28"/>
                <w:szCs w:val="28"/>
              </w:rPr>
              <w:t xml:space="preserve"> </w:t>
            </w:r>
            <w:proofErr w:type="spellStart"/>
            <w:r w:rsidRPr="00114A3B">
              <w:rPr>
                <w:rFonts w:ascii="Times New Roman" w:hAnsi="Times New Roman" w:cs="Times New Roman"/>
                <w:sz w:val="28"/>
                <w:szCs w:val="28"/>
              </w:rPr>
              <w:t>khác</w:t>
            </w:r>
            <w:proofErr w:type="spellEnd"/>
            <w:r w:rsidRPr="00114A3B">
              <w:rPr>
                <w:rFonts w:ascii="Times New Roman" w:hAnsi="Times New Roman" w:cs="Times New Roman"/>
                <w:spacing w:val="-14"/>
                <w:sz w:val="28"/>
                <w:szCs w:val="28"/>
              </w:rPr>
              <w:t xml:space="preserve"> </w:t>
            </w:r>
            <w:proofErr w:type="spellStart"/>
            <w:r w:rsidRPr="00114A3B">
              <w:rPr>
                <w:rFonts w:ascii="Times New Roman" w:hAnsi="Times New Roman" w:cs="Times New Roman"/>
                <w:sz w:val="28"/>
                <w:szCs w:val="28"/>
              </w:rPr>
              <w:t>không</w:t>
            </w:r>
            <w:proofErr w:type="spellEnd"/>
            <w:r w:rsidRPr="00114A3B">
              <w:rPr>
                <w:rFonts w:ascii="Times New Roman" w:hAnsi="Times New Roman" w:cs="Times New Roman"/>
                <w:spacing w:val="-13"/>
                <w:sz w:val="28"/>
                <w:szCs w:val="28"/>
              </w:rPr>
              <w:t xml:space="preserve"> </w:t>
            </w:r>
            <w:proofErr w:type="spellStart"/>
            <w:r w:rsidRPr="00114A3B">
              <w:rPr>
                <w:rFonts w:ascii="Times New Roman" w:hAnsi="Times New Roman" w:cs="Times New Roman"/>
                <w:sz w:val="28"/>
                <w:szCs w:val="28"/>
              </w:rPr>
              <w:t>quy</w:t>
            </w:r>
            <w:proofErr w:type="spellEnd"/>
            <w:r w:rsidRPr="00114A3B">
              <w:rPr>
                <w:rFonts w:ascii="Times New Roman" w:hAnsi="Times New Roman" w:cs="Times New Roman"/>
                <w:spacing w:val="-13"/>
                <w:sz w:val="28"/>
                <w:szCs w:val="28"/>
              </w:rPr>
              <w:t xml:space="preserve"> </w:t>
            </w:r>
            <w:proofErr w:type="spellStart"/>
            <w:r w:rsidRPr="00114A3B">
              <w:rPr>
                <w:rFonts w:ascii="Times New Roman" w:hAnsi="Times New Roman" w:cs="Times New Roman"/>
                <w:sz w:val="28"/>
                <w:szCs w:val="28"/>
              </w:rPr>
              <w:t>định</w:t>
            </w:r>
            <w:proofErr w:type="spellEnd"/>
            <w:r w:rsidRPr="00114A3B">
              <w:rPr>
                <w:rFonts w:ascii="Times New Roman" w:hAnsi="Times New Roman" w:cs="Times New Roman"/>
                <w:spacing w:val="-13"/>
                <w:sz w:val="28"/>
                <w:szCs w:val="28"/>
              </w:rPr>
              <w:t xml:space="preserve"> </w:t>
            </w:r>
            <w:proofErr w:type="spellStart"/>
            <w:r w:rsidRPr="00114A3B">
              <w:rPr>
                <w:rFonts w:ascii="Times New Roman" w:hAnsi="Times New Roman" w:cs="Times New Roman"/>
                <w:sz w:val="28"/>
                <w:szCs w:val="28"/>
              </w:rPr>
              <w:t>tại</w:t>
            </w:r>
            <w:proofErr w:type="spellEnd"/>
            <w:r w:rsidRPr="00114A3B">
              <w:rPr>
                <w:rFonts w:ascii="Times New Roman" w:hAnsi="Times New Roman" w:cs="Times New Roman"/>
                <w:spacing w:val="-13"/>
                <w:sz w:val="28"/>
                <w:szCs w:val="28"/>
              </w:rPr>
              <w:t xml:space="preserve"> </w:t>
            </w:r>
            <w:r w:rsidRPr="00114A3B">
              <w:rPr>
                <w:rFonts w:ascii="Times New Roman" w:hAnsi="Times New Roman" w:cs="Times New Roman"/>
                <w:sz w:val="28"/>
                <w:szCs w:val="28"/>
              </w:rPr>
              <w:t>Quy</w:t>
            </w:r>
            <w:r w:rsidRPr="00114A3B">
              <w:rPr>
                <w:rFonts w:ascii="Times New Roman" w:hAnsi="Times New Roman" w:cs="Times New Roman"/>
                <w:spacing w:val="-13"/>
                <w:sz w:val="28"/>
                <w:szCs w:val="28"/>
              </w:rPr>
              <w:t xml:space="preserve"> </w:t>
            </w:r>
            <w:proofErr w:type="spellStart"/>
            <w:r w:rsidRPr="00114A3B">
              <w:rPr>
                <w:rFonts w:ascii="Times New Roman" w:hAnsi="Times New Roman" w:cs="Times New Roman"/>
                <w:sz w:val="28"/>
                <w:szCs w:val="28"/>
              </w:rPr>
              <w:t>chế</w:t>
            </w:r>
            <w:proofErr w:type="spellEnd"/>
            <w:r w:rsidRPr="00114A3B">
              <w:rPr>
                <w:rFonts w:ascii="Times New Roman" w:hAnsi="Times New Roman" w:cs="Times New Roman"/>
                <w:spacing w:val="-14"/>
                <w:sz w:val="28"/>
                <w:szCs w:val="28"/>
              </w:rPr>
              <w:t xml:space="preserve"> </w:t>
            </w:r>
            <w:proofErr w:type="spellStart"/>
            <w:r w:rsidRPr="00114A3B">
              <w:rPr>
                <w:rFonts w:ascii="Times New Roman" w:hAnsi="Times New Roman" w:cs="Times New Roman"/>
                <w:sz w:val="28"/>
                <w:szCs w:val="28"/>
              </w:rPr>
              <w:t>này</w:t>
            </w:r>
            <w:proofErr w:type="spellEnd"/>
            <w:r w:rsidRPr="00114A3B">
              <w:rPr>
                <w:rFonts w:ascii="Times New Roman" w:hAnsi="Times New Roman" w:cs="Times New Roman"/>
                <w:spacing w:val="-13"/>
                <w:sz w:val="28"/>
                <w:szCs w:val="28"/>
              </w:rPr>
              <w:t xml:space="preserve"> </w:t>
            </w:r>
            <w:proofErr w:type="spellStart"/>
            <w:r w:rsidRPr="00114A3B">
              <w:rPr>
                <w:rFonts w:ascii="Times New Roman" w:hAnsi="Times New Roman" w:cs="Times New Roman"/>
                <w:sz w:val="28"/>
                <w:szCs w:val="28"/>
              </w:rPr>
              <w:t>thì</w:t>
            </w:r>
            <w:proofErr w:type="spellEnd"/>
            <w:r w:rsidRPr="00114A3B">
              <w:rPr>
                <w:rFonts w:ascii="Times New Roman" w:hAnsi="Times New Roman" w:cs="Times New Roman"/>
                <w:spacing w:val="-14"/>
                <w:sz w:val="28"/>
                <w:szCs w:val="28"/>
              </w:rPr>
              <w:t xml:space="preserve"> </w:t>
            </w:r>
            <w:proofErr w:type="spellStart"/>
            <w:r w:rsidRPr="00114A3B">
              <w:rPr>
                <w:rFonts w:ascii="Times New Roman" w:hAnsi="Times New Roman" w:cs="Times New Roman"/>
                <w:sz w:val="28"/>
                <w:szCs w:val="28"/>
              </w:rPr>
              <w:t>thực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hiện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theo</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quy</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định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của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pháp</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luật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hiện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hành</w:t>
            </w:r>
            <w:proofErr w:type="spellEnd"/>
            <w:r w:rsidRPr="00114A3B">
              <w:rPr>
                <w:rFonts w:ascii="Times New Roman" w:hAnsi="Times New Roman" w:cs="Times New Roman"/>
                <w:sz w:val="28"/>
                <w:szCs w:val="28"/>
              </w:rPr>
              <w:t>.</w:t>
            </w:r>
          </w:p>
        </w:tc>
        <w:tc>
          <w:tcPr>
            <w:tcW w:w="3969" w:type="dxa"/>
          </w:tcPr>
          <w:p w14:paraId="0EA8AF9F" w14:textId="328AC1C4" w:rsidR="00FE250A" w:rsidRPr="00114A3B" w:rsidRDefault="00FE250A" w:rsidP="00114A3B">
            <w:pPr>
              <w:jc w:val="both"/>
              <w:rPr>
                <w:rFonts w:ascii="Times New Roman" w:hAnsi="Times New Roman" w:cs="Times New Roman"/>
                <w:sz w:val="28"/>
                <w:szCs w:val="28"/>
              </w:rPr>
            </w:pPr>
            <w:r>
              <w:rPr>
                <w:rFonts w:ascii="Times New Roman" w:hAnsi="Times New Roman"/>
                <w:sz w:val="28"/>
              </w:rPr>
              <w:t>Điều này được xây dựng nhằm xác định rõ phạm vi điều chỉnh của Quy chế, làm cơ sở pháp lý thống nhất cho việc quản lý, vận hành và khai thác Trung tâm dữ liệu thành phố Huế. Quy định này bảo đảm sự phù hợp với chức năng, nhiệm vụ của các cơ quan, đơn vị liên quan, đồng thời tuân thủ các quy định pháp luật hiện hành, tạo nền tảng cho việc tổ chức thực hiện hiệu quả, đồng bộ.</w:t>
            </w:r>
          </w:p>
        </w:tc>
      </w:tr>
      <w:tr w:rsidR="00D74C2A" w:rsidRPr="00114A3B" w14:paraId="09B3B8C5" w14:textId="77777777" w:rsidTr="00114A3B">
        <w:tc>
          <w:tcPr>
            <w:tcW w:w="1838" w:type="dxa"/>
          </w:tcPr>
          <w:p w14:paraId="7FAD6BF8"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3B13F36B" w14:textId="77777777" w:rsidR="009E7DBF" w:rsidRPr="00114A3B" w:rsidRDefault="009E7DBF" w:rsidP="00114A3B">
            <w:pPr>
              <w:pStyle w:val="BodyText"/>
              <w:jc w:val="both"/>
              <w:rPr>
                <w:rFonts w:ascii="Times New Roman" w:hAnsi="Times New Roman" w:cs="Times New Roman"/>
                <w:b/>
                <w:bCs/>
                <w:sz w:val="28"/>
                <w:szCs w:val="28"/>
              </w:rPr>
            </w:pPr>
            <w:proofErr w:type="spellStart"/>
            <w:r w:rsidRPr="00114A3B">
              <w:rPr>
                <w:rFonts w:ascii="Times New Roman" w:hAnsi="Times New Roman" w:cs="Times New Roman"/>
                <w:b/>
                <w:bCs/>
                <w:sz w:val="28"/>
                <w:szCs w:val="28"/>
              </w:rPr>
              <w:t>Điều</w:t>
            </w:r>
            <w:proofErr w:type="spellEnd"/>
            <w:r w:rsidRPr="00114A3B">
              <w:rPr>
                <w:rFonts w:ascii="Times New Roman" w:hAnsi="Times New Roman" w:cs="Times New Roman"/>
                <w:b/>
                <w:bCs/>
                <w:spacing w:val="-4"/>
                <w:sz w:val="28"/>
                <w:szCs w:val="28"/>
              </w:rPr>
              <w:t xml:space="preserve"> </w:t>
            </w:r>
            <w:r w:rsidRPr="00114A3B">
              <w:rPr>
                <w:rFonts w:ascii="Times New Roman" w:hAnsi="Times New Roman" w:cs="Times New Roman"/>
                <w:b/>
                <w:bCs/>
                <w:sz w:val="28"/>
                <w:szCs w:val="28"/>
              </w:rPr>
              <w:t>2.</w:t>
            </w:r>
            <w:r w:rsidRPr="00114A3B">
              <w:rPr>
                <w:rFonts w:ascii="Times New Roman" w:hAnsi="Times New Roman" w:cs="Times New Roman"/>
                <w:b/>
                <w:bCs/>
                <w:spacing w:val="-1"/>
                <w:sz w:val="28"/>
                <w:szCs w:val="28"/>
              </w:rPr>
              <w:t xml:space="preserve"> </w:t>
            </w:r>
            <w:proofErr w:type="spellStart"/>
            <w:r w:rsidRPr="00114A3B">
              <w:rPr>
                <w:rFonts w:ascii="Times New Roman" w:hAnsi="Times New Roman" w:cs="Times New Roman"/>
                <w:b/>
                <w:bCs/>
                <w:sz w:val="28"/>
                <w:szCs w:val="28"/>
              </w:rPr>
              <w:t>Đối</w:t>
            </w:r>
            <w:proofErr w:type="spellEnd"/>
            <w:r w:rsidRPr="00114A3B">
              <w:rPr>
                <w:rFonts w:ascii="Times New Roman" w:hAnsi="Times New Roman" w:cs="Times New Roman"/>
                <w:b/>
                <w:bCs/>
                <w:spacing w:val="-1"/>
                <w:sz w:val="28"/>
                <w:szCs w:val="28"/>
              </w:rPr>
              <w:t xml:space="preserve"> </w:t>
            </w:r>
            <w:proofErr w:type="spellStart"/>
            <w:r w:rsidRPr="00114A3B">
              <w:rPr>
                <w:rFonts w:ascii="Times New Roman" w:hAnsi="Times New Roman" w:cs="Times New Roman"/>
                <w:b/>
                <w:bCs/>
                <w:sz w:val="28"/>
                <w:szCs w:val="28"/>
              </w:rPr>
              <w:t>tượng</w:t>
            </w:r>
            <w:proofErr w:type="spellEnd"/>
            <w:r w:rsidRPr="00114A3B">
              <w:rPr>
                <w:rFonts w:ascii="Times New Roman" w:hAnsi="Times New Roman" w:cs="Times New Roman"/>
                <w:b/>
                <w:bCs/>
                <w:spacing w:val="-1"/>
                <w:sz w:val="28"/>
                <w:szCs w:val="28"/>
              </w:rPr>
              <w:t xml:space="preserve"> </w:t>
            </w:r>
            <w:proofErr w:type="spellStart"/>
            <w:r w:rsidRPr="00114A3B">
              <w:rPr>
                <w:rFonts w:ascii="Times New Roman" w:hAnsi="Times New Roman" w:cs="Times New Roman"/>
                <w:b/>
                <w:bCs/>
                <w:sz w:val="28"/>
                <w:szCs w:val="28"/>
              </w:rPr>
              <w:t>áp</w:t>
            </w:r>
            <w:proofErr w:type="spellEnd"/>
            <w:r w:rsidRPr="00114A3B">
              <w:rPr>
                <w:rFonts w:ascii="Times New Roman" w:hAnsi="Times New Roman" w:cs="Times New Roman"/>
                <w:b/>
                <w:bCs/>
                <w:spacing w:val="-1"/>
                <w:sz w:val="28"/>
                <w:szCs w:val="28"/>
              </w:rPr>
              <w:t xml:space="preserve"> </w:t>
            </w:r>
            <w:proofErr w:type="spellStart"/>
            <w:r w:rsidRPr="00114A3B">
              <w:rPr>
                <w:rFonts w:ascii="Times New Roman" w:hAnsi="Times New Roman" w:cs="Times New Roman"/>
                <w:b/>
                <w:bCs/>
                <w:spacing w:val="-4"/>
                <w:sz w:val="28"/>
                <w:szCs w:val="28"/>
              </w:rPr>
              <w:t>dụng</w:t>
            </w:r>
            <w:proofErr w:type="spellEnd"/>
          </w:p>
          <w:p w14:paraId="076E2020" w14:textId="77777777" w:rsidR="004F386E" w:rsidRPr="00114A3B" w:rsidRDefault="009E7DBF" w:rsidP="00114A3B">
            <w:pPr>
              <w:pStyle w:val="BodyText"/>
              <w:jc w:val="both"/>
              <w:rPr>
                <w:rFonts w:ascii="Times New Roman" w:hAnsi="Times New Roman" w:cs="Times New Roman"/>
                <w:sz w:val="28"/>
                <w:szCs w:val="28"/>
              </w:rPr>
            </w:pPr>
            <w:r w:rsidRPr="00114A3B">
              <w:rPr>
                <w:rFonts w:ascii="Times New Roman" w:hAnsi="Times New Roman" w:cs="Times New Roman"/>
                <w:sz w:val="28"/>
                <w:szCs w:val="28"/>
              </w:rPr>
              <w:t xml:space="preserve">Quy </w:t>
            </w:r>
            <w:proofErr w:type="spellStart"/>
            <w:r w:rsidRPr="00114A3B">
              <w:rPr>
                <w:rFonts w:ascii="Times New Roman" w:hAnsi="Times New Roman" w:cs="Times New Roman"/>
                <w:sz w:val="28"/>
                <w:szCs w:val="28"/>
              </w:rPr>
              <w:t>chế</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này</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áp</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dụng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đối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với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Đảng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Chính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quyền</w:t>
            </w:r>
            <w:proofErr w:type="spellEnd"/>
            <w:r w:rsidRPr="00114A3B">
              <w:rPr>
                <w:rFonts w:ascii="Times New Roman" w:hAnsi="Times New Roman" w:cs="Times New Roman"/>
                <w:sz w:val="28"/>
                <w:szCs w:val="28"/>
              </w:rPr>
              <w:t xml:space="preserve">, Đoàn </w:t>
            </w:r>
            <w:proofErr w:type="spellStart"/>
            <w:r w:rsidRPr="00114A3B">
              <w:rPr>
                <w:rFonts w:ascii="Times New Roman" w:hAnsi="Times New Roman" w:cs="Times New Roman"/>
                <w:sz w:val="28"/>
                <w:szCs w:val="28"/>
              </w:rPr>
              <w:t>thể</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trên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địa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bàn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thành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phố</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Huế</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gọi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tắt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đơn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địa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lastRenderedPageBreak/>
              <w:t>phương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tổ</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chức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nhân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có</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liên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tham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gia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quản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lý</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vận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hành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khai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thác</w:t>
            </w:r>
            <w:proofErr w:type="spellEnd"/>
            <w:r w:rsidRPr="00114A3B">
              <w:rPr>
                <w:rFonts w:ascii="Times New Roman" w:hAnsi="Times New Roman" w:cs="Times New Roman"/>
                <w:sz w:val="28"/>
                <w:szCs w:val="28"/>
              </w:rPr>
              <w:t xml:space="preserve"> Trung </w:t>
            </w:r>
            <w:proofErr w:type="spellStart"/>
            <w:r w:rsidRPr="00114A3B">
              <w:rPr>
                <w:rFonts w:ascii="Times New Roman" w:hAnsi="Times New Roman" w:cs="Times New Roman"/>
                <w:sz w:val="28"/>
                <w:szCs w:val="28"/>
              </w:rPr>
              <w:t>tâm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dữ</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liệu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thành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phố</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Huế</w:t>
            </w:r>
            <w:proofErr w:type="spellEnd"/>
            <w:r w:rsidRPr="00114A3B">
              <w:rPr>
                <w:rFonts w:ascii="Times New Roman" w:hAnsi="Times New Roman" w:cs="Times New Roman"/>
                <w:sz w:val="28"/>
                <w:szCs w:val="28"/>
              </w:rPr>
              <w:t>.</w:t>
            </w:r>
          </w:p>
        </w:tc>
        <w:tc>
          <w:tcPr>
            <w:tcW w:w="3969" w:type="dxa"/>
          </w:tcPr>
          <w:p w14:paraId="26D30D58" w14:textId="1038482F"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 xml:space="preserve">Quy định này nhằm cụ thể hóa đối tượng chịu sự điều chỉnh của Quy chế, bảo đảm bao quát đầy đủ các chủ thể tham gia vào hoạt động </w:t>
            </w:r>
            <w:r>
              <w:rPr>
                <w:rFonts w:ascii="Times New Roman" w:hAnsi="Times New Roman"/>
                <w:sz w:val="28"/>
              </w:rPr>
              <w:lastRenderedPageBreak/>
              <w:t>quản lý, vận hành, khai thác Trung tâm dữ liệu. Việc xác định rõ đối tượng áp dụng góp phần nâng cao hiệu lực quản lý, tạo điều kiện thuận lợi cho công tác phối hợp, giám sát và thực hiện trách nhiệm của các bên liên quan.</w:t>
            </w:r>
          </w:p>
        </w:tc>
      </w:tr>
      <w:tr w:rsidR="00D74C2A" w:rsidRPr="00114A3B" w14:paraId="56B3B35C" w14:textId="77777777" w:rsidTr="00114A3B">
        <w:tc>
          <w:tcPr>
            <w:tcW w:w="1838" w:type="dxa"/>
          </w:tcPr>
          <w:p w14:paraId="4EC42233"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60A0194A" w14:textId="77777777" w:rsidR="00154054" w:rsidRDefault="009E7DBF" w:rsidP="00154054">
            <w:pPr>
              <w:pStyle w:val="BodyText"/>
              <w:jc w:val="both"/>
              <w:rPr>
                <w:rFonts w:ascii="Times New Roman" w:hAnsi="Times New Roman" w:cs="Times New Roman"/>
                <w:b/>
                <w:bCs/>
                <w:spacing w:val="-5"/>
                <w:sz w:val="28"/>
                <w:szCs w:val="28"/>
              </w:rPr>
            </w:pPr>
            <w:proofErr w:type="spellStart"/>
            <w:r w:rsidRPr="00114A3B">
              <w:rPr>
                <w:rFonts w:ascii="Times New Roman" w:hAnsi="Times New Roman" w:cs="Times New Roman"/>
                <w:b/>
                <w:bCs/>
                <w:sz w:val="28"/>
                <w:szCs w:val="28"/>
              </w:rPr>
              <w:t>Điều</w:t>
            </w:r>
            <w:proofErr w:type="spellEnd"/>
            <w:r w:rsidRPr="00114A3B">
              <w:rPr>
                <w:rFonts w:ascii="Times New Roman" w:hAnsi="Times New Roman" w:cs="Times New Roman"/>
                <w:b/>
                <w:bCs/>
                <w:spacing w:val="-3"/>
                <w:sz w:val="28"/>
                <w:szCs w:val="28"/>
              </w:rPr>
              <w:t xml:space="preserve"> </w:t>
            </w:r>
            <w:r w:rsidRPr="00114A3B">
              <w:rPr>
                <w:rFonts w:ascii="Times New Roman" w:hAnsi="Times New Roman" w:cs="Times New Roman"/>
                <w:b/>
                <w:bCs/>
                <w:sz w:val="28"/>
                <w:szCs w:val="28"/>
              </w:rPr>
              <w:t>3.</w:t>
            </w:r>
            <w:r w:rsidRPr="00114A3B">
              <w:rPr>
                <w:rFonts w:ascii="Times New Roman" w:hAnsi="Times New Roman" w:cs="Times New Roman"/>
                <w:b/>
                <w:bCs/>
                <w:spacing w:val="-1"/>
                <w:sz w:val="28"/>
                <w:szCs w:val="28"/>
              </w:rPr>
              <w:t xml:space="preserve"> </w:t>
            </w:r>
            <w:proofErr w:type="spellStart"/>
            <w:r w:rsidRPr="00114A3B">
              <w:rPr>
                <w:rFonts w:ascii="Times New Roman" w:hAnsi="Times New Roman" w:cs="Times New Roman"/>
                <w:b/>
                <w:bCs/>
                <w:sz w:val="28"/>
                <w:szCs w:val="28"/>
              </w:rPr>
              <w:t>Giải</w:t>
            </w:r>
            <w:proofErr w:type="spellEnd"/>
            <w:r w:rsidRPr="00114A3B">
              <w:rPr>
                <w:rFonts w:ascii="Times New Roman" w:hAnsi="Times New Roman" w:cs="Times New Roman"/>
                <w:b/>
                <w:bCs/>
                <w:spacing w:val="-1"/>
                <w:sz w:val="28"/>
                <w:szCs w:val="28"/>
              </w:rPr>
              <w:t xml:space="preserve"> </w:t>
            </w:r>
            <w:proofErr w:type="spellStart"/>
            <w:r w:rsidRPr="00114A3B">
              <w:rPr>
                <w:rFonts w:ascii="Times New Roman" w:hAnsi="Times New Roman" w:cs="Times New Roman"/>
                <w:b/>
                <w:bCs/>
                <w:sz w:val="28"/>
                <w:szCs w:val="28"/>
              </w:rPr>
              <w:t>thích</w:t>
            </w:r>
            <w:proofErr w:type="spellEnd"/>
            <w:r w:rsidRPr="00114A3B">
              <w:rPr>
                <w:rFonts w:ascii="Times New Roman" w:hAnsi="Times New Roman" w:cs="Times New Roman"/>
                <w:b/>
                <w:bCs/>
                <w:spacing w:val="-1"/>
                <w:sz w:val="28"/>
                <w:szCs w:val="28"/>
              </w:rPr>
              <w:t xml:space="preserve"> </w:t>
            </w:r>
            <w:proofErr w:type="spellStart"/>
            <w:r w:rsidRPr="00114A3B">
              <w:rPr>
                <w:rFonts w:ascii="Times New Roman" w:hAnsi="Times New Roman" w:cs="Times New Roman"/>
                <w:b/>
                <w:bCs/>
                <w:sz w:val="28"/>
                <w:szCs w:val="28"/>
              </w:rPr>
              <w:t>từ</w:t>
            </w:r>
            <w:proofErr w:type="spellEnd"/>
            <w:r w:rsidRPr="00114A3B">
              <w:rPr>
                <w:rFonts w:ascii="Times New Roman" w:hAnsi="Times New Roman" w:cs="Times New Roman"/>
                <w:b/>
                <w:bCs/>
                <w:spacing w:val="-2"/>
                <w:sz w:val="28"/>
                <w:szCs w:val="28"/>
              </w:rPr>
              <w:t xml:space="preserve"> </w:t>
            </w:r>
            <w:proofErr w:type="spellStart"/>
            <w:r w:rsidRPr="00114A3B">
              <w:rPr>
                <w:rFonts w:ascii="Times New Roman" w:hAnsi="Times New Roman" w:cs="Times New Roman"/>
                <w:b/>
                <w:bCs/>
                <w:spacing w:val="-5"/>
                <w:sz w:val="28"/>
                <w:szCs w:val="28"/>
              </w:rPr>
              <w:t>ngữ</w:t>
            </w:r>
            <w:proofErr w:type="spellEnd"/>
          </w:p>
          <w:p w14:paraId="45B8EE1A" w14:textId="77777777" w:rsidR="00154054" w:rsidRDefault="009E7DBF" w:rsidP="00154054">
            <w:pPr>
              <w:pStyle w:val="BodyText"/>
              <w:jc w:val="both"/>
              <w:rPr>
                <w:rFonts w:ascii="Times New Roman" w:hAnsi="Times New Roman" w:cs="Times New Roman"/>
                <w:sz w:val="28"/>
                <w:szCs w:val="28"/>
              </w:rPr>
            </w:pPr>
            <w:r w:rsidRPr="00114A3B">
              <w:rPr>
                <w:rFonts w:ascii="Times New Roman" w:hAnsi="Times New Roman" w:cs="Times New Roman"/>
                <w:sz w:val="28"/>
                <w:szCs w:val="28"/>
              </w:rPr>
              <w:t xml:space="preserve">Trong Quy </w:t>
            </w:r>
            <w:proofErr w:type="spellStart"/>
            <w:r w:rsidRPr="00114A3B">
              <w:rPr>
                <w:rFonts w:ascii="Times New Roman" w:hAnsi="Times New Roman" w:cs="Times New Roman"/>
                <w:sz w:val="28"/>
                <w:szCs w:val="28"/>
              </w:rPr>
              <w:t>chế</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này</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từ</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ngữ</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dưới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đây</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được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hiểu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như</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sau</w:t>
            </w:r>
            <w:proofErr w:type="spellEnd"/>
            <w:r w:rsidRPr="00114A3B">
              <w:rPr>
                <w:rFonts w:ascii="Times New Roman" w:hAnsi="Times New Roman" w:cs="Times New Roman"/>
                <w:sz w:val="28"/>
                <w:szCs w:val="28"/>
              </w:rPr>
              <w:t xml:space="preserve">: </w:t>
            </w:r>
          </w:p>
          <w:p w14:paraId="50F3986E" w14:textId="77777777" w:rsidR="00154054" w:rsidRDefault="009E7DBF" w:rsidP="00154054">
            <w:pPr>
              <w:pStyle w:val="BodyText"/>
              <w:jc w:val="both"/>
              <w:rPr>
                <w:rFonts w:ascii="Times New Roman" w:hAnsi="Times New Roman" w:cs="Times New Roman"/>
                <w:sz w:val="28"/>
                <w:szCs w:val="28"/>
              </w:rPr>
            </w:pPr>
            <w:r w:rsidRPr="00114A3B">
              <w:rPr>
                <w:rFonts w:ascii="Times New Roman" w:hAnsi="Times New Roman" w:cs="Times New Roman"/>
                <w:sz w:val="28"/>
                <w:szCs w:val="28"/>
              </w:rPr>
              <w:t xml:space="preserve">1. </w:t>
            </w:r>
            <w:proofErr w:type="spellStart"/>
            <w:r w:rsidRPr="00114A3B">
              <w:rPr>
                <w:rFonts w:ascii="Times New Roman" w:hAnsi="Times New Roman" w:cs="Times New Roman"/>
                <w:sz w:val="28"/>
                <w:szCs w:val="28"/>
              </w:rPr>
              <w:t>Ứng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dụng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công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nghệ</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thông</w:t>
            </w:r>
            <w:proofErr w:type="spellEnd"/>
            <w:r w:rsidRPr="00114A3B">
              <w:rPr>
                <w:rFonts w:ascii="Times New Roman" w:hAnsi="Times New Roman" w:cs="Times New Roman"/>
                <w:sz w:val="28"/>
                <w:szCs w:val="28"/>
              </w:rPr>
              <w:t xml:space="preserve"> tin </w:t>
            </w:r>
            <w:proofErr w:type="spellStart"/>
            <w:r w:rsidRPr="00114A3B">
              <w:rPr>
                <w:rFonts w:ascii="Times New Roman" w:hAnsi="Times New Roman" w:cs="Times New Roman"/>
                <w:sz w:val="28"/>
                <w:szCs w:val="28"/>
              </w:rPr>
              <w:t>trong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hoạt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động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của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nước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việc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sử</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dụng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công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nghệ</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thông</w:t>
            </w:r>
            <w:proofErr w:type="spellEnd"/>
            <w:r w:rsidRPr="00114A3B">
              <w:rPr>
                <w:rFonts w:ascii="Times New Roman" w:hAnsi="Times New Roman" w:cs="Times New Roman"/>
                <w:sz w:val="28"/>
                <w:szCs w:val="28"/>
              </w:rPr>
              <w:t xml:space="preserve"> tin </w:t>
            </w:r>
            <w:proofErr w:type="spellStart"/>
            <w:r w:rsidRPr="00114A3B">
              <w:rPr>
                <w:rFonts w:ascii="Times New Roman" w:hAnsi="Times New Roman" w:cs="Times New Roman"/>
                <w:sz w:val="28"/>
                <w:szCs w:val="28"/>
              </w:rPr>
              <w:t>vào</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hoạt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động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của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nước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nhằm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nâng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cao</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chất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lượng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hiệu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quả</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trong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hoạt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động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nội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bộ</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của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nước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giữa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nước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trong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giao</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dịch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của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nước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với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tổ</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chức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nhân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hỗ</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trợ</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đẩy</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mạnh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cải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cách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hành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chính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bảo</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đảm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công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khai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minh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bạch</w:t>
            </w:r>
            <w:proofErr w:type="spellEnd"/>
            <w:r w:rsidRPr="00114A3B">
              <w:rPr>
                <w:rFonts w:ascii="Times New Roman" w:hAnsi="Times New Roman" w:cs="Times New Roman"/>
                <w:sz w:val="28"/>
                <w:szCs w:val="28"/>
              </w:rPr>
              <w:t xml:space="preserve">. </w:t>
            </w:r>
          </w:p>
          <w:p w14:paraId="6E024D2D" w14:textId="46AC0975" w:rsidR="009E7DBF" w:rsidRPr="00114A3B" w:rsidRDefault="009E7DBF" w:rsidP="00154054">
            <w:pPr>
              <w:pStyle w:val="BodyText"/>
              <w:jc w:val="both"/>
              <w:rPr>
                <w:rFonts w:ascii="Times New Roman" w:hAnsi="Times New Roman" w:cs="Times New Roman"/>
                <w:b/>
                <w:bCs/>
                <w:sz w:val="28"/>
                <w:szCs w:val="28"/>
              </w:rPr>
            </w:pPr>
            <w:r w:rsidRPr="00114A3B">
              <w:rPr>
                <w:rFonts w:ascii="Times New Roman" w:hAnsi="Times New Roman" w:cs="Times New Roman"/>
                <w:sz w:val="28"/>
                <w:szCs w:val="28"/>
              </w:rPr>
              <w:t xml:space="preserve">2. </w:t>
            </w:r>
            <w:proofErr w:type="spellStart"/>
            <w:r w:rsidRPr="00114A3B">
              <w:rPr>
                <w:rFonts w:ascii="Times New Roman" w:hAnsi="Times New Roman" w:cs="Times New Roman"/>
                <w:sz w:val="28"/>
                <w:szCs w:val="28"/>
              </w:rPr>
              <w:t>Hạ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tầng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kỹ</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thuật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tập</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hợp</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thiết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tính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toán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máy</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chủ</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máy</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trạm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thiết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ngoại</w:t>
            </w:r>
            <w:proofErr w:type="spellEnd"/>
            <w:r w:rsidRPr="00114A3B">
              <w:rPr>
                <w:rFonts w:ascii="Times New Roman" w:hAnsi="Times New Roman" w:cs="Times New Roman"/>
                <w:sz w:val="28"/>
                <w:szCs w:val="28"/>
              </w:rPr>
              <w:t xml:space="preserve"> vi, </w:t>
            </w:r>
            <w:proofErr w:type="spellStart"/>
            <w:r w:rsidRPr="00114A3B">
              <w:rPr>
                <w:rFonts w:ascii="Times New Roman" w:hAnsi="Times New Roman" w:cs="Times New Roman"/>
                <w:sz w:val="28"/>
                <w:szCs w:val="28"/>
              </w:rPr>
              <w:t>thiết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kết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nối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mạng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thiết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phụ</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trợ</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mạng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nội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bộ</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mạng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diện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rộng</w:t>
            </w:r>
            <w:proofErr w:type="spellEnd"/>
            <w:r w:rsidRPr="00114A3B">
              <w:rPr>
                <w:rFonts w:ascii="Times New Roman" w:hAnsi="Times New Roman" w:cs="Times New Roman"/>
                <w:sz w:val="28"/>
                <w:szCs w:val="28"/>
              </w:rPr>
              <w:t xml:space="preserve">. </w:t>
            </w:r>
          </w:p>
          <w:p w14:paraId="6957B543"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3.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tầng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nhau</w:t>
            </w:r>
            <w:proofErr w:type="spellEnd"/>
            <w:r w:rsidRPr="00114A3B">
              <w:rPr>
                <w:rFonts w:ascii="Times New Roman" w:hAnsi="Times New Roman" w:cs="Times New Roman"/>
                <w:b w:val="0"/>
                <w:bCs w:val="0"/>
                <w:color w:val="auto"/>
                <w:sz w:val="28"/>
                <w:szCs w:val="28"/>
              </w:rPr>
              <w:t xml:space="preserve">. </w:t>
            </w:r>
          </w:p>
          <w:p w14:paraId="64D1C1F3"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4.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Huế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tầng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Huế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nhằm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tổ</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 </w:t>
            </w:r>
            <w:proofErr w:type="spellStart"/>
            <w:r w:rsidRPr="00114A3B">
              <w:rPr>
                <w:rFonts w:ascii="Times New Roman" w:hAnsi="Times New Roman" w:cs="Times New Roman"/>
                <w:b w:val="0"/>
                <w:bCs w:val="0"/>
                <w:color w:val="auto"/>
                <w:sz w:val="28"/>
                <w:szCs w:val="28"/>
              </w:rPr>
              <w:t>xã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hội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Huế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nay bao </w:t>
            </w:r>
            <w:proofErr w:type="spellStart"/>
            <w:r w:rsidRPr="00114A3B">
              <w:rPr>
                <w:rFonts w:ascii="Times New Roman" w:hAnsi="Times New Roman" w:cs="Times New Roman"/>
                <w:b w:val="0"/>
                <w:bCs w:val="0"/>
                <w:color w:val="auto"/>
                <w:sz w:val="28"/>
                <w:szCs w:val="28"/>
              </w:rPr>
              <w:t>gồm</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phòng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nhằm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phòng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
          <w:p w14:paraId="5E0A75B8"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5. </w:t>
            </w:r>
            <w:proofErr w:type="gramStart"/>
            <w:r w:rsidRPr="00114A3B">
              <w:rPr>
                <w:rFonts w:ascii="Times New Roman" w:hAnsi="Times New Roman" w:cs="Times New Roman"/>
                <w:b w:val="0"/>
                <w:bCs w:val="0"/>
                <w:color w:val="auto"/>
                <w:sz w:val="28"/>
                <w:szCs w:val="28"/>
              </w:rPr>
              <w:t>An</w:t>
            </w:r>
            <w:proofErr w:type="gram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bao </w:t>
            </w:r>
            <w:proofErr w:type="spellStart"/>
            <w:r w:rsidRPr="00114A3B">
              <w:rPr>
                <w:rFonts w:ascii="Times New Roman" w:hAnsi="Times New Roman" w:cs="Times New Roman"/>
                <w:b w:val="0"/>
                <w:bCs w:val="0"/>
                <w:color w:val="auto"/>
                <w:sz w:val="28"/>
                <w:szCs w:val="28"/>
              </w:rPr>
              <w:t>gồm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nghiệp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nhằm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nội</w:t>
            </w:r>
            <w:proofErr w:type="spellEnd"/>
            <w:r w:rsidRPr="00114A3B">
              <w:rPr>
                <w:rFonts w:ascii="Times New Roman" w:hAnsi="Times New Roman" w:cs="Times New Roman"/>
                <w:b w:val="0"/>
                <w:bCs w:val="0"/>
                <w:color w:val="auto"/>
                <w:sz w:val="28"/>
                <w:szCs w:val="28"/>
              </w:rPr>
              <w:t xml:space="preserve"> dung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trước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do con </w:t>
            </w:r>
            <w:proofErr w:type="spellStart"/>
            <w:r w:rsidRPr="00114A3B">
              <w:rPr>
                <w:rFonts w:ascii="Times New Roman" w:hAnsi="Times New Roman" w:cs="Times New Roman"/>
                <w:b w:val="0"/>
                <w:bCs w:val="0"/>
                <w:color w:val="auto"/>
                <w:sz w:val="28"/>
                <w:szCs w:val="28"/>
              </w:rPr>
              <w:t>người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con </w:t>
            </w:r>
            <w:proofErr w:type="spellStart"/>
            <w:r w:rsidRPr="00114A3B">
              <w:rPr>
                <w:rFonts w:ascii="Times New Roman" w:hAnsi="Times New Roman" w:cs="Times New Roman"/>
                <w:b w:val="0"/>
                <w:bCs w:val="0"/>
                <w:color w:val="auto"/>
                <w:sz w:val="28"/>
                <w:szCs w:val="28"/>
              </w:rPr>
              <w:t>người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nhằm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đúng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đúng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tượng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một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sẵn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sàng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cậy</w:t>
            </w:r>
            <w:proofErr w:type="spellEnd"/>
            <w:r w:rsidRPr="00114A3B">
              <w:rPr>
                <w:rFonts w:ascii="Times New Roman" w:hAnsi="Times New Roman" w:cs="Times New Roman"/>
                <w:b w:val="0"/>
                <w:bCs w:val="0"/>
                <w:color w:val="auto"/>
                <w:sz w:val="28"/>
                <w:szCs w:val="28"/>
              </w:rPr>
              <w:t xml:space="preserve">. </w:t>
            </w:r>
            <w:proofErr w:type="gramStart"/>
            <w:r w:rsidRPr="00114A3B">
              <w:rPr>
                <w:rFonts w:ascii="Times New Roman" w:hAnsi="Times New Roman" w:cs="Times New Roman"/>
                <w:b w:val="0"/>
                <w:bCs w:val="0"/>
                <w:color w:val="auto"/>
                <w:sz w:val="28"/>
                <w:szCs w:val="28"/>
              </w:rPr>
              <w:t>An</w:t>
            </w:r>
            <w:proofErr w:type="gram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bao </w:t>
            </w:r>
            <w:proofErr w:type="spellStart"/>
            <w:r w:rsidRPr="00114A3B">
              <w:rPr>
                <w:rFonts w:ascii="Times New Roman" w:hAnsi="Times New Roman" w:cs="Times New Roman"/>
                <w:b w:val="0"/>
                <w:bCs w:val="0"/>
                <w:color w:val="auto"/>
                <w:sz w:val="28"/>
                <w:szCs w:val="28"/>
              </w:rPr>
              <w:t>hàm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nội</w:t>
            </w:r>
            <w:proofErr w:type="spellEnd"/>
            <w:r w:rsidRPr="00114A3B">
              <w:rPr>
                <w:rFonts w:ascii="Times New Roman" w:hAnsi="Times New Roman" w:cs="Times New Roman"/>
                <w:b w:val="0"/>
                <w:bCs w:val="0"/>
                <w:color w:val="auto"/>
                <w:sz w:val="28"/>
                <w:szCs w:val="28"/>
              </w:rPr>
              <w:t xml:space="preserve"> dung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gramStart"/>
            <w:r w:rsidRPr="00114A3B">
              <w:rPr>
                <w:rFonts w:ascii="Times New Roman" w:hAnsi="Times New Roman" w:cs="Times New Roman"/>
                <w:b w:val="0"/>
                <w:bCs w:val="0"/>
                <w:color w:val="auto"/>
                <w:sz w:val="28"/>
                <w:szCs w:val="28"/>
              </w:rPr>
              <w:t>an</w:t>
            </w:r>
            <w:proofErr w:type="gram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gramStart"/>
            <w:r w:rsidRPr="00114A3B">
              <w:rPr>
                <w:rFonts w:ascii="Times New Roman" w:hAnsi="Times New Roman" w:cs="Times New Roman"/>
                <w:b w:val="0"/>
                <w:bCs w:val="0"/>
                <w:color w:val="auto"/>
                <w:sz w:val="28"/>
                <w:szCs w:val="28"/>
              </w:rPr>
              <w:t>an</w:t>
            </w:r>
            <w:proofErr w:type="gram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
        </w:tc>
        <w:tc>
          <w:tcPr>
            <w:tcW w:w="3969" w:type="dxa"/>
          </w:tcPr>
          <w:p w14:paraId="52530A01" w14:textId="5A35ED98"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Điều này nhằm giải thích rõ các thuật ngữ chuyên ngành, bảo đảm sự thống nhất trong nhận thức và áp dụng quy định của Quy chế. Việc định nghĩa các khái niệm liên quan giúp các cơ quan, đơn vị, cá nhân hiểu đúng, thực hiện đúng chức năng, nhiệm vụ, đồng thời tạo thuận lợi cho công tác quản lý, vận hành và khai thác Trung tâm dữ liệu theo đúng quy định pháp luật.</w:t>
            </w:r>
          </w:p>
        </w:tc>
      </w:tr>
      <w:tr w:rsidR="00D74C2A" w:rsidRPr="00114A3B" w14:paraId="78C0370F" w14:textId="77777777" w:rsidTr="00114A3B">
        <w:tc>
          <w:tcPr>
            <w:tcW w:w="1838" w:type="dxa"/>
          </w:tcPr>
          <w:p w14:paraId="46F4B8F2"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356804AA" w14:textId="77777777" w:rsidR="009E7DBF" w:rsidRPr="00114A3B" w:rsidRDefault="009E7DBF" w:rsidP="00114A3B">
            <w:pPr>
              <w:pStyle w:val="Heading2"/>
              <w:spacing w:after="120"/>
              <w:ind w:right="2"/>
              <w:jc w:val="both"/>
              <w:rPr>
                <w:rFonts w:ascii="Times New Roman" w:hAnsi="Times New Roman" w:cs="Times New Roman"/>
                <w:color w:val="auto"/>
                <w:spacing w:val="-4"/>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pacing w:val="-3"/>
                <w:sz w:val="28"/>
                <w:szCs w:val="28"/>
              </w:rPr>
              <w:t xml:space="preserve"> </w:t>
            </w:r>
            <w:r w:rsidRPr="00114A3B">
              <w:rPr>
                <w:rFonts w:ascii="Times New Roman" w:hAnsi="Times New Roman" w:cs="Times New Roman"/>
                <w:color w:val="auto"/>
                <w:sz w:val="28"/>
                <w:szCs w:val="28"/>
              </w:rPr>
              <w:t>4.</w:t>
            </w:r>
            <w:r w:rsidRPr="00114A3B">
              <w:rPr>
                <w:rFonts w:ascii="Times New Roman" w:hAnsi="Times New Roman" w:cs="Times New Roman"/>
                <w:color w:val="auto"/>
                <w:spacing w:val="-1"/>
                <w:sz w:val="28"/>
                <w:szCs w:val="28"/>
              </w:rPr>
              <w:t xml:space="preserve"> </w:t>
            </w:r>
            <w:proofErr w:type="spellStart"/>
            <w:r w:rsidRPr="00114A3B">
              <w:rPr>
                <w:rFonts w:ascii="Times New Roman" w:hAnsi="Times New Roman" w:cs="Times New Roman"/>
                <w:color w:val="auto"/>
                <w:sz w:val="28"/>
                <w:szCs w:val="28"/>
              </w:rPr>
              <w:t>Cơ</w:t>
            </w:r>
            <w:proofErr w:type="spellEnd"/>
            <w:r w:rsidRPr="00114A3B">
              <w:rPr>
                <w:rFonts w:ascii="Times New Roman" w:hAnsi="Times New Roman" w:cs="Times New Roman"/>
                <w:color w:val="auto"/>
                <w:spacing w:val="-1"/>
                <w:sz w:val="28"/>
                <w:szCs w:val="28"/>
              </w:rPr>
              <w:t xml:space="preserve"> </w:t>
            </w:r>
            <w:proofErr w:type="spellStart"/>
            <w:r w:rsidRPr="00114A3B">
              <w:rPr>
                <w:rFonts w:ascii="Times New Roman" w:hAnsi="Times New Roman" w:cs="Times New Roman"/>
                <w:color w:val="auto"/>
                <w:sz w:val="28"/>
                <w:szCs w:val="28"/>
              </w:rPr>
              <w:t>quan</w:t>
            </w:r>
            <w:proofErr w:type="spellEnd"/>
            <w:r w:rsidRPr="00114A3B">
              <w:rPr>
                <w:rFonts w:ascii="Times New Roman" w:hAnsi="Times New Roman" w:cs="Times New Roman"/>
                <w:color w:val="auto"/>
                <w:spacing w:val="-3"/>
                <w:sz w:val="28"/>
                <w:szCs w:val="28"/>
              </w:rPr>
              <w:t xml:space="preserve"> </w:t>
            </w:r>
            <w:proofErr w:type="spellStart"/>
            <w:r w:rsidRPr="00114A3B">
              <w:rPr>
                <w:rFonts w:ascii="Times New Roman" w:hAnsi="Times New Roman" w:cs="Times New Roman"/>
                <w:color w:val="auto"/>
                <w:sz w:val="28"/>
                <w:szCs w:val="28"/>
              </w:rPr>
              <w:t>chủ</w:t>
            </w:r>
            <w:proofErr w:type="spellEnd"/>
            <w:r w:rsidRPr="00114A3B">
              <w:rPr>
                <w:rFonts w:ascii="Times New Roman" w:hAnsi="Times New Roman" w:cs="Times New Roman"/>
                <w:color w:val="auto"/>
                <w:spacing w:val="-2"/>
                <w:sz w:val="28"/>
                <w:szCs w:val="28"/>
              </w:rPr>
              <w:t xml:space="preserve"> </w:t>
            </w:r>
            <w:proofErr w:type="spellStart"/>
            <w:r w:rsidRPr="00114A3B">
              <w:rPr>
                <w:rFonts w:ascii="Times New Roman" w:hAnsi="Times New Roman" w:cs="Times New Roman"/>
                <w:color w:val="auto"/>
                <w:sz w:val="28"/>
                <w:szCs w:val="28"/>
              </w:rPr>
              <w:t>sở</w:t>
            </w:r>
            <w:proofErr w:type="spellEnd"/>
            <w:r w:rsidRPr="00114A3B">
              <w:rPr>
                <w:rFonts w:ascii="Times New Roman" w:hAnsi="Times New Roman" w:cs="Times New Roman"/>
                <w:color w:val="auto"/>
                <w:spacing w:val="-2"/>
                <w:sz w:val="28"/>
                <w:szCs w:val="28"/>
              </w:rPr>
              <w:t xml:space="preserve"> </w:t>
            </w:r>
            <w:proofErr w:type="spellStart"/>
            <w:r w:rsidRPr="00114A3B">
              <w:rPr>
                <w:rFonts w:ascii="Times New Roman" w:hAnsi="Times New Roman" w:cs="Times New Roman"/>
                <w:color w:val="auto"/>
                <w:sz w:val="28"/>
                <w:szCs w:val="28"/>
              </w:rPr>
              <w:t>hữu</w:t>
            </w:r>
            <w:proofErr w:type="spellEnd"/>
            <w:r w:rsidRPr="00114A3B">
              <w:rPr>
                <w:rFonts w:ascii="Times New Roman" w:hAnsi="Times New Roman" w:cs="Times New Roman"/>
                <w:color w:val="auto"/>
                <w:sz w:val="28"/>
                <w:szCs w:val="28"/>
              </w:rPr>
              <w:t>,</w:t>
            </w:r>
            <w:r w:rsidRPr="00114A3B">
              <w:rPr>
                <w:rFonts w:ascii="Times New Roman" w:hAnsi="Times New Roman" w:cs="Times New Roman"/>
                <w:color w:val="auto"/>
                <w:spacing w:val="-2"/>
                <w:sz w:val="28"/>
                <w:szCs w:val="28"/>
              </w:rPr>
              <w:t xml:space="preserve"> </w:t>
            </w:r>
            <w:proofErr w:type="spellStart"/>
            <w:r w:rsidRPr="00114A3B">
              <w:rPr>
                <w:rFonts w:ascii="Times New Roman" w:hAnsi="Times New Roman" w:cs="Times New Roman"/>
                <w:color w:val="auto"/>
                <w:sz w:val="28"/>
                <w:szCs w:val="28"/>
              </w:rPr>
              <w:t>quản</w:t>
            </w:r>
            <w:proofErr w:type="spellEnd"/>
            <w:r w:rsidRPr="00114A3B">
              <w:rPr>
                <w:rFonts w:ascii="Times New Roman" w:hAnsi="Times New Roman" w:cs="Times New Roman"/>
                <w:color w:val="auto"/>
                <w:spacing w:val="-2"/>
                <w:sz w:val="28"/>
                <w:szCs w:val="28"/>
              </w:rPr>
              <w:t xml:space="preserve"> </w:t>
            </w:r>
            <w:proofErr w:type="spellStart"/>
            <w:r w:rsidRPr="00114A3B">
              <w:rPr>
                <w:rFonts w:ascii="Times New Roman" w:hAnsi="Times New Roman" w:cs="Times New Roman"/>
                <w:color w:val="auto"/>
                <w:sz w:val="28"/>
                <w:szCs w:val="28"/>
              </w:rPr>
              <w:t>lý</w:t>
            </w:r>
            <w:proofErr w:type="spellEnd"/>
            <w:r w:rsidRPr="00114A3B">
              <w:rPr>
                <w:rFonts w:ascii="Times New Roman" w:hAnsi="Times New Roman" w:cs="Times New Roman"/>
                <w:color w:val="auto"/>
                <w:sz w:val="28"/>
                <w:szCs w:val="28"/>
              </w:rPr>
              <w:t>,</w:t>
            </w:r>
            <w:r w:rsidRPr="00114A3B">
              <w:rPr>
                <w:rFonts w:ascii="Times New Roman" w:hAnsi="Times New Roman" w:cs="Times New Roman"/>
                <w:color w:val="auto"/>
                <w:spacing w:val="-1"/>
                <w:sz w:val="28"/>
                <w:szCs w:val="28"/>
              </w:rPr>
              <w:t xml:space="preserve"> </w:t>
            </w:r>
            <w:proofErr w:type="spellStart"/>
            <w:r w:rsidRPr="00114A3B">
              <w:rPr>
                <w:rFonts w:ascii="Times New Roman" w:hAnsi="Times New Roman" w:cs="Times New Roman"/>
                <w:color w:val="auto"/>
                <w:sz w:val="28"/>
                <w:szCs w:val="28"/>
              </w:rPr>
              <w:t>vận</w:t>
            </w:r>
            <w:proofErr w:type="spellEnd"/>
            <w:r w:rsidRPr="00114A3B">
              <w:rPr>
                <w:rFonts w:ascii="Times New Roman" w:hAnsi="Times New Roman" w:cs="Times New Roman"/>
                <w:color w:val="auto"/>
                <w:spacing w:val="-3"/>
                <w:sz w:val="28"/>
                <w:szCs w:val="28"/>
              </w:rPr>
              <w:t xml:space="preserve"> </w:t>
            </w:r>
            <w:proofErr w:type="spellStart"/>
            <w:r w:rsidRPr="00114A3B">
              <w:rPr>
                <w:rFonts w:ascii="Times New Roman" w:hAnsi="Times New Roman" w:cs="Times New Roman"/>
                <w:color w:val="auto"/>
                <w:sz w:val="28"/>
                <w:szCs w:val="28"/>
              </w:rPr>
              <w:t>hành</w:t>
            </w:r>
            <w:proofErr w:type="spellEnd"/>
            <w:r w:rsidRPr="00114A3B">
              <w:rPr>
                <w:rFonts w:ascii="Times New Roman" w:hAnsi="Times New Roman" w:cs="Times New Roman"/>
                <w:color w:val="auto"/>
                <w:spacing w:val="-1"/>
                <w:sz w:val="28"/>
                <w:szCs w:val="28"/>
              </w:rPr>
              <w:t xml:space="preserve"> </w:t>
            </w:r>
            <w:proofErr w:type="spellStart"/>
            <w:r w:rsidRPr="00114A3B">
              <w:rPr>
                <w:rFonts w:ascii="Times New Roman" w:hAnsi="Times New Roman" w:cs="Times New Roman"/>
                <w:color w:val="auto"/>
                <w:sz w:val="28"/>
                <w:szCs w:val="28"/>
              </w:rPr>
              <w:t>và</w:t>
            </w:r>
            <w:proofErr w:type="spellEnd"/>
            <w:r w:rsidRPr="00114A3B">
              <w:rPr>
                <w:rFonts w:ascii="Times New Roman" w:hAnsi="Times New Roman" w:cs="Times New Roman"/>
                <w:color w:val="auto"/>
                <w:spacing w:val="-1"/>
                <w:sz w:val="28"/>
                <w:szCs w:val="28"/>
              </w:rPr>
              <w:t xml:space="preserve"> </w:t>
            </w:r>
            <w:proofErr w:type="spellStart"/>
            <w:r w:rsidRPr="00114A3B">
              <w:rPr>
                <w:rFonts w:ascii="Times New Roman" w:hAnsi="Times New Roman" w:cs="Times New Roman"/>
                <w:color w:val="auto"/>
                <w:sz w:val="28"/>
                <w:szCs w:val="28"/>
              </w:rPr>
              <w:t>khai</w:t>
            </w:r>
            <w:proofErr w:type="spellEnd"/>
            <w:r w:rsidRPr="00114A3B">
              <w:rPr>
                <w:rFonts w:ascii="Times New Roman" w:hAnsi="Times New Roman" w:cs="Times New Roman"/>
                <w:color w:val="auto"/>
                <w:spacing w:val="-1"/>
                <w:sz w:val="28"/>
                <w:szCs w:val="28"/>
              </w:rPr>
              <w:t xml:space="preserve"> </w:t>
            </w:r>
            <w:proofErr w:type="spellStart"/>
            <w:r w:rsidRPr="00114A3B">
              <w:rPr>
                <w:rFonts w:ascii="Times New Roman" w:hAnsi="Times New Roman" w:cs="Times New Roman"/>
                <w:color w:val="auto"/>
                <w:spacing w:val="-4"/>
                <w:sz w:val="28"/>
                <w:szCs w:val="28"/>
              </w:rPr>
              <w:t>thác</w:t>
            </w:r>
            <w:proofErr w:type="spellEnd"/>
          </w:p>
          <w:p w14:paraId="7287C50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pacing w:val="-4"/>
                <w:sz w:val="28"/>
                <w:szCs w:val="28"/>
              </w:rPr>
              <w:t xml:space="preserve">1.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hữu</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gọi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tắt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Ủy</w:t>
            </w:r>
            <w:proofErr w:type="spellEnd"/>
            <w:r w:rsidRPr="00114A3B">
              <w:rPr>
                <w:rFonts w:ascii="Times New Roman" w:hAnsi="Times New Roman" w:cs="Times New Roman"/>
                <w:b w:val="0"/>
                <w:bCs w:val="0"/>
                <w:color w:val="auto"/>
                <w:sz w:val="28"/>
                <w:szCs w:val="28"/>
              </w:rPr>
              <w:t xml:space="preserve"> ban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Huế</w:t>
            </w:r>
            <w:proofErr w:type="spellEnd"/>
            <w:r w:rsidRPr="00114A3B">
              <w:rPr>
                <w:rFonts w:ascii="Times New Roman" w:hAnsi="Times New Roman" w:cs="Times New Roman"/>
                <w:b w:val="0"/>
                <w:bCs w:val="0"/>
                <w:color w:val="auto"/>
                <w:sz w:val="28"/>
                <w:szCs w:val="28"/>
              </w:rPr>
              <w:t xml:space="preserve">. </w:t>
            </w:r>
          </w:p>
          <w:p w14:paraId="5D9F4EA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chịu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gọi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tắt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Khoa </w:t>
            </w:r>
            <w:proofErr w:type="spellStart"/>
            <w:r w:rsidRPr="00114A3B">
              <w:rPr>
                <w:rFonts w:ascii="Times New Roman" w:hAnsi="Times New Roman" w:cs="Times New Roman"/>
                <w:b w:val="0"/>
                <w:bCs w:val="0"/>
                <w:color w:val="auto"/>
                <w:sz w:val="28"/>
                <w:szCs w:val="28"/>
              </w:rPr>
              <w:t>học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Công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Huế</w:t>
            </w:r>
            <w:proofErr w:type="spellEnd"/>
            <w:r w:rsidRPr="00114A3B">
              <w:rPr>
                <w:rFonts w:ascii="Times New Roman" w:hAnsi="Times New Roman" w:cs="Times New Roman"/>
                <w:b w:val="0"/>
                <w:bCs w:val="0"/>
                <w:color w:val="auto"/>
                <w:sz w:val="28"/>
                <w:szCs w:val="28"/>
              </w:rPr>
              <w:t>.</w:t>
            </w:r>
          </w:p>
          <w:p w14:paraId="439928B8"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gọi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tắt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đô</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Huế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thuộc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Khoa </w:t>
            </w:r>
            <w:proofErr w:type="spellStart"/>
            <w:r w:rsidRPr="00114A3B">
              <w:rPr>
                <w:rFonts w:ascii="Times New Roman" w:hAnsi="Times New Roman" w:cs="Times New Roman"/>
                <w:b w:val="0"/>
                <w:bCs w:val="0"/>
                <w:color w:val="auto"/>
                <w:sz w:val="28"/>
                <w:szCs w:val="28"/>
              </w:rPr>
              <w:t>học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Công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Huế</w:t>
            </w:r>
            <w:proofErr w:type="spellEnd"/>
            <w:r w:rsidRPr="00114A3B">
              <w:rPr>
                <w:rFonts w:ascii="Times New Roman" w:hAnsi="Times New Roman" w:cs="Times New Roman"/>
                <w:b w:val="0"/>
                <w:bCs w:val="0"/>
                <w:color w:val="auto"/>
                <w:sz w:val="28"/>
                <w:szCs w:val="28"/>
              </w:rPr>
              <w:t xml:space="preserve">. </w:t>
            </w:r>
          </w:p>
        </w:tc>
        <w:tc>
          <w:tcPr>
            <w:tcW w:w="3969" w:type="dxa"/>
          </w:tcPr>
          <w:p w14:paraId="65BC02B1" w14:textId="61E8B4BC" w:rsidR="00FE250A" w:rsidRPr="00114A3B" w:rsidRDefault="00FE250A" w:rsidP="00114A3B">
            <w:pPr>
              <w:jc w:val="both"/>
              <w:rPr>
                <w:rFonts w:ascii="Times New Roman" w:hAnsi="Times New Roman" w:cs="Times New Roman"/>
                <w:sz w:val="28"/>
                <w:szCs w:val="28"/>
              </w:rPr>
            </w:pPr>
            <w:r>
              <w:rPr>
                <w:rFonts w:ascii="Times New Roman" w:hAnsi="Times New Roman"/>
                <w:sz w:val="28"/>
              </w:rPr>
              <w:t>Quy định này xác định rõ chủ thể chịu trách nhiệm sở hữu, quản lý, vận hành và khai thác Trung tâm dữ liệu, bảo đảm phân công nhiệm vụ cụ thể, tránh chồng chéo, nâng cao hiệu quả quản lý. Việc xác định rõ vai trò của từng cơ quan, đơn vị là cơ sở để tổ chức thực hiện, kiểm tra, giám sát và xử lý trách nhiệm khi phát sinh vấn đề trong quá trình vận hành Trung tâm dữ liệu.</w:t>
            </w:r>
          </w:p>
        </w:tc>
      </w:tr>
      <w:tr w:rsidR="00D74C2A" w:rsidRPr="00114A3B" w14:paraId="612CE955" w14:textId="77777777" w:rsidTr="00114A3B">
        <w:tc>
          <w:tcPr>
            <w:tcW w:w="1838" w:type="dxa"/>
          </w:tcPr>
          <w:p w14:paraId="010D36D6"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72FD50E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pacing w:val="-4"/>
                <w:sz w:val="28"/>
                <w:szCs w:val="28"/>
              </w:rPr>
              <w:t xml:space="preserve"> </w:t>
            </w:r>
            <w:r w:rsidRPr="00114A3B">
              <w:rPr>
                <w:rFonts w:ascii="Times New Roman" w:hAnsi="Times New Roman" w:cs="Times New Roman"/>
                <w:color w:val="auto"/>
                <w:sz w:val="28"/>
                <w:szCs w:val="28"/>
              </w:rPr>
              <w:t>5.</w:t>
            </w:r>
            <w:r w:rsidRPr="00114A3B">
              <w:rPr>
                <w:rFonts w:ascii="Times New Roman" w:hAnsi="Times New Roman" w:cs="Times New Roman"/>
                <w:color w:val="auto"/>
                <w:spacing w:val="-3"/>
                <w:sz w:val="28"/>
                <w:szCs w:val="28"/>
              </w:rPr>
              <w:t xml:space="preserve"> </w:t>
            </w:r>
            <w:bookmarkStart w:id="0" w:name="_Hlk235171643"/>
            <w:proofErr w:type="spellStart"/>
            <w:r w:rsidRPr="00114A3B">
              <w:rPr>
                <w:rFonts w:ascii="Times New Roman" w:hAnsi="Times New Roman" w:cs="Times New Roman"/>
                <w:color w:val="auto"/>
                <w:sz w:val="28"/>
                <w:szCs w:val="28"/>
              </w:rPr>
              <w:t>Kiến</w:t>
            </w:r>
            <w:proofErr w:type="spellEnd"/>
            <w:r w:rsidRPr="00114A3B">
              <w:rPr>
                <w:rFonts w:ascii="Times New Roman" w:hAnsi="Times New Roman" w:cs="Times New Roman"/>
                <w:color w:val="auto"/>
                <w:spacing w:val="-2"/>
                <w:sz w:val="28"/>
                <w:szCs w:val="28"/>
              </w:rPr>
              <w:t xml:space="preserve"> </w:t>
            </w:r>
            <w:proofErr w:type="spellStart"/>
            <w:r w:rsidRPr="00114A3B">
              <w:rPr>
                <w:rFonts w:ascii="Times New Roman" w:hAnsi="Times New Roman" w:cs="Times New Roman"/>
                <w:color w:val="auto"/>
                <w:sz w:val="28"/>
                <w:szCs w:val="28"/>
              </w:rPr>
              <w:t>trúc</w:t>
            </w:r>
            <w:proofErr w:type="spellEnd"/>
            <w:r w:rsidRPr="00114A3B">
              <w:rPr>
                <w:rFonts w:ascii="Times New Roman" w:hAnsi="Times New Roman" w:cs="Times New Roman"/>
                <w:color w:val="auto"/>
                <w:spacing w:val="-5"/>
                <w:sz w:val="28"/>
                <w:szCs w:val="28"/>
              </w:rPr>
              <w:t xml:space="preserve"> </w:t>
            </w:r>
            <w:r w:rsidRPr="00114A3B">
              <w:rPr>
                <w:rFonts w:ascii="Times New Roman" w:hAnsi="Times New Roman" w:cs="Times New Roman"/>
                <w:color w:val="auto"/>
                <w:sz w:val="28"/>
                <w:szCs w:val="28"/>
              </w:rPr>
              <w:t xml:space="preserve">Trung </w:t>
            </w:r>
            <w:proofErr w:type="spellStart"/>
            <w:r w:rsidRPr="00114A3B">
              <w:rPr>
                <w:rFonts w:ascii="Times New Roman" w:hAnsi="Times New Roman" w:cs="Times New Roman"/>
                <w:color w:val="auto"/>
                <w:sz w:val="28"/>
                <w:szCs w:val="28"/>
              </w:rPr>
              <w:t>tâm</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dữ</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liệu</w:t>
            </w:r>
            <w:bookmarkEnd w:id="0"/>
            <w:proofErr w:type="spellEnd"/>
          </w:p>
          <w:p w14:paraId="7B16CC9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iCs/>
                <w:color w:val="auto"/>
                <w:sz w:val="28"/>
                <w:szCs w:val="28"/>
              </w:rPr>
              <w:t>1.</w:t>
            </w:r>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Phân</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hệ</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mạng</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và</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truyền</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dẫn</w:t>
            </w:r>
            <w:proofErr w:type="spellEnd"/>
            <w:r w:rsidRPr="00114A3B">
              <w:rPr>
                <w:rFonts w:ascii="Times New Roman" w:hAnsi="Times New Roman" w:cs="Times New Roman"/>
                <w:b w:val="0"/>
                <w:bCs w:val="0"/>
                <w:color w:val="auto"/>
                <w:sz w:val="28"/>
                <w:szCs w:val="28"/>
              </w:rPr>
              <w:t xml:space="preserve">: Bao </w:t>
            </w:r>
            <w:proofErr w:type="spellStart"/>
            <w:r w:rsidRPr="00114A3B">
              <w:rPr>
                <w:rFonts w:ascii="Times New Roman" w:hAnsi="Times New Roman" w:cs="Times New Roman"/>
                <w:b w:val="0"/>
                <w:bCs w:val="0"/>
                <w:color w:val="auto"/>
                <w:sz w:val="28"/>
                <w:szCs w:val="28"/>
              </w:rPr>
              <w:t>gồm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dẫn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nội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10 Gbps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20 Gbps,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100 Gbps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lớp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1 Gbps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10 Gbps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ở </w:t>
            </w:r>
            <w:proofErr w:type="spellStart"/>
            <w:r w:rsidRPr="00114A3B">
              <w:rPr>
                <w:rFonts w:ascii="Times New Roman" w:hAnsi="Times New Roman" w:cs="Times New Roman"/>
                <w:b w:val="0"/>
                <w:bCs w:val="0"/>
                <w:color w:val="auto"/>
                <w:sz w:val="28"/>
                <w:szCs w:val="28"/>
              </w:rPr>
              <w:t>lớp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Internet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phép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chia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mỗi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sách</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ninh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riêng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đích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nhau</w:t>
            </w:r>
            <w:proofErr w:type="spellEnd"/>
            <w:r w:rsidRPr="00114A3B">
              <w:rPr>
                <w:rFonts w:ascii="Times New Roman" w:hAnsi="Times New Roman" w:cs="Times New Roman"/>
                <w:b w:val="0"/>
                <w:bCs w:val="0"/>
                <w:color w:val="auto"/>
                <w:sz w:val="28"/>
                <w:szCs w:val="28"/>
              </w:rPr>
              <w:t>.</w:t>
            </w:r>
          </w:p>
          <w:p w14:paraId="34B2EA1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2.</w:t>
            </w:r>
            <w:r w:rsidRPr="00114A3B">
              <w:rPr>
                <w:rFonts w:ascii="Times New Roman" w:hAnsi="Times New Roman" w:cs="Times New Roman"/>
                <w:b w:val="0"/>
                <w:bCs w:val="0"/>
                <w:i/>
                <w:iCs/>
                <w:color w:val="auto"/>
                <w:sz w:val="28"/>
                <w:szCs w:val="28"/>
              </w:rPr>
              <w:t xml:space="preserve"> </w:t>
            </w:r>
            <w:proofErr w:type="spellStart"/>
            <w:r w:rsidRPr="00114A3B">
              <w:rPr>
                <w:rFonts w:ascii="Times New Roman" w:hAnsi="Times New Roman" w:cs="Times New Roman"/>
                <w:b w:val="0"/>
                <w:bCs w:val="0"/>
                <w:i/>
                <w:color w:val="auto"/>
                <w:sz w:val="28"/>
                <w:szCs w:val="28"/>
              </w:rPr>
              <w:t>Phân</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hệ</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đảm</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bảo</w:t>
            </w:r>
            <w:proofErr w:type="spellEnd"/>
            <w:r w:rsidRPr="00114A3B">
              <w:rPr>
                <w:rFonts w:ascii="Times New Roman" w:hAnsi="Times New Roman" w:cs="Times New Roman"/>
                <w:b w:val="0"/>
                <w:bCs w:val="0"/>
                <w:i/>
                <w:color w:val="auto"/>
                <w:sz w:val="28"/>
                <w:szCs w:val="28"/>
              </w:rPr>
              <w:t xml:space="preserve"> an </w:t>
            </w:r>
            <w:proofErr w:type="spellStart"/>
            <w:r w:rsidRPr="00114A3B">
              <w:rPr>
                <w:rFonts w:ascii="Times New Roman" w:hAnsi="Times New Roman" w:cs="Times New Roman"/>
                <w:b w:val="0"/>
                <w:bCs w:val="0"/>
                <w:i/>
                <w:color w:val="auto"/>
                <w:sz w:val="28"/>
                <w:szCs w:val="28"/>
              </w:rPr>
              <w:t>toàn</w:t>
            </w:r>
            <w:proofErr w:type="spellEnd"/>
            <w:r w:rsidRPr="00114A3B">
              <w:rPr>
                <w:rFonts w:ascii="Times New Roman" w:hAnsi="Times New Roman" w:cs="Times New Roman"/>
                <w:b w:val="0"/>
                <w:bCs w:val="0"/>
                <w:i/>
                <w:color w:val="auto"/>
                <w:sz w:val="28"/>
                <w:szCs w:val="28"/>
              </w:rPr>
              <w:t xml:space="preserve"> an </w:t>
            </w:r>
            <w:proofErr w:type="spellStart"/>
            <w:r w:rsidRPr="00114A3B">
              <w:rPr>
                <w:rFonts w:ascii="Times New Roman" w:hAnsi="Times New Roman" w:cs="Times New Roman"/>
                <w:b w:val="0"/>
                <w:bCs w:val="0"/>
                <w:i/>
                <w:color w:val="auto"/>
                <w:sz w:val="28"/>
                <w:szCs w:val="28"/>
              </w:rPr>
              <w:t>ninh</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thông</w:t>
            </w:r>
            <w:proofErr w:type="spellEnd"/>
            <w:r w:rsidRPr="00114A3B">
              <w:rPr>
                <w:rFonts w:ascii="Times New Roman" w:hAnsi="Times New Roman" w:cs="Times New Roman"/>
                <w:b w:val="0"/>
                <w:bCs w:val="0"/>
                <w:i/>
                <w:color w:val="auto"/>
                <w:sz w:val="28"/>
                <w:szCs w:val="28"/>
              </w:rPr>
              <w:t xml:space="preserve"> tin</w:t>
            </w:r>
            <w:r w:rsidRPr="00114A3B">
              <w:rPr>
                <w:rFonts w:ascii="Times New Roman" w:hAnsi="Times New Roman" w:cs="Times New Roman"/>
                <w:b w:val="0"/>
                <w:bCs w:val="0"/>
                <w:color w:val="auto"/>
                <w:sz w:val="28"/>
                <w:szCs w:val="28"/>
              </w:rPr>
              <w:t xml:space="preserve">: Bao </w:t>
            </w:r>
            <w:proofErr w:type="spellStart"/>
            <w:r w:rsidRPr="00114A3B">
              <w:rPr>
                <w:rFonts w:ascii="Times New Roman" w:hAnsi="Times New Roman" w:cs="Times New Roman"/>
                <w:b w:val="0"/>
                <w:bCs w:val="0"/>
                <w:color w:val="auto"/>
                <w:sz w:val="28"/>
                <w:szCs w:val="28"/>
              </w:rPr>
              <w:t>gồm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lửa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lớp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lớp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w:t>
            </w:r>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pacing w:val="-5"/>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z w:val="28"/>
                <w:szCs w:val="28"/>
              </w:rPr>
              <w:t>ngăn</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chặn</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xâm</w:t>
            </w:r>
            <w:proofErr w:type="spellEnd"/>
            <w:r w:rsidRPr="00114A3B">
              <w:rPr>
                <w:rFonts w:ascii="Times New Roman" w:hAnsi="Times New Roman" w:cs="Times New Roman"/>
                <w:b w:val="0"/>
                <w:bCs w:val="0"/>
                <w:color w:val="auto"/>
                <w:spacing w:val="-4"/>
                <w:sz w:val="28"/>
                <w:szCs w:val="28"/>
              </w:rPr>
              <w:t xml:space="preserve"> </w:t>
            </w:r>
            <w:proofErr w:type="spellStart"/>
            <w:r w:rsidRPr="00114A3B">
              <w:rPr>
                <w:rFonts w:ascii="Times New Roman" w:hAnsi="Times New Roman" w:cs="Times New Roman"/>
                <w:b w:val="0"/>
                <w:bCs w:val="0"/>
                <w:color w:val="auto"/>
                <w:sz w:val="28"/>
                <w:szCs w:val="28"/>
              </w:rPr>
              <w:t>nhập</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trái</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phép</w:t>
            </w:r>
            <w:proofErr w:type="spellEnd"/>
            <w:r w:rsidRPr="00114A3B">
              <w:rPr>
                <w:rFonts w:ascii="Times New Roman" w:hAnsi="Times New Roman" w:cs="Times New Roman"/>
                <w:b w:val="0"/>
                <w:bCs w:val="0"/>
                <w:color w:val="auto"/>
                <w:sz w:val="28"/>
                <w:szCs w:val="28"/>
              </w:rPr>
              <w:t>,</w:t>
            </w:r>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pacing w:val="-4"/>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cân</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bằng</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tải</w:t>
            </w:r>
            <w:proofErr w:type="spellEnd"/>
            <w:r w:rsidRPr="00114A3B">
              <w:rPr>
                <w:rFonts w:ascii="Times New Roman" w:hAnsi="Times New Roman" w:cs="Times New Roman"/>
                <w:b w:val="0"/>
                <w:bCs w:val="0"/>
                <w:color w:val="auto"/>
                <w:sz w:val="28"/>
                <w:szCs w:val="28"/>
              </w:rPr>
              <w:t>,</w:t>
            </w:r>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pacing w:val="-3"/>
                <w:sz w:val="28"/>
                <w:szCs w:val="28"/>
              </w:rPr>
              <w:t>phòng</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pacing w:val="-3"/>
                <w:sz w:val="28"/>
                <w:szCs w:val="28"/>
              </w:rPr>
              <w:t>chống</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pacing w:val="-3"/>
                <w:sz w:val="28"/>
                <w:szCs w:val="28"/>
              </w:rPr>
              <w:t>thất</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pacing w:val="-3"/>
                <w:sz w:val="28"/>
                <w:szCs w:val="28"/>
              </w:rPr>
              <w:t>thoát</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pacing w:val="-3"/>
                <w:sz w:val="28"/>
                <w:szCs w:val="28"/>
              </w:rPr>
              <w:t>dữ</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pacing w:val="-3"/>
                <w:sz w:val="28"/>
                <w:szCs w:val="28"/>
              </w:rPr>
              <w:t>liệu</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pacing w:val="-3"/>
                <w:sz w:val="28"/>
                <w:szCs w:val="28"/>
              </w:rPr>
              <w:t>hệ</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pacing w:val="-3"/>
                <w:sz w:val="28"/>
                <w:szCs w:val="28"/>
              </w:rPr>
              <w:t>thống</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pacing w:val="-3"/>
                <w:sz w:val="28"/>
                <w:szCs w:val="28"/>
              </w:rPr>
              <w:t>kiểm</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pacing w:val="-3"/>
                <w:sz w:val="28"/>
                <w:szCs w:val="28"/>
              </w:rPr>
              <w:t>soát</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pacing w:val="-3"/>
                <w:sz w:val="28"/>
                <w:szCs w:val="28"/>
              </w:rPr>
              <w:t>ra</w:t>
            </w:r>
            <w:proofErr w:type="spellEnd"/>
            <w:r w:rsidRPr="00114A3B">
              <w:rPr>
                <w:rFonts w:ascii="Times New Roman" w:hAnsi="Times New Roman" w:cs="Times New Roman"/>
                <w:b w:val="0"/>
                <w:bCs w:val="0"/>
                <w:color w:val="auto"/>
                <w:spacing w:val="-3"/>
                <w:sz w:val="28"/>
                <w:szCs w:val="28"/>
              </w:rPr>
              <w:t>/</w:t>
            </w:r>
            <w:proofErr w:type="spellStart"/>
            <w:r w:rsidRPr="00114A3B">
              <w:rPr>
                <w:rFonts w:ascii="Times New Roman" w:hAnsi="Times New Roman" w:cs="Times New Roman"/>
                <w:b w:val="0"/>
                <w:bCs w:val="0"/>
                <w:color w:val="auto"/>
                <w:spacing w:val="-3"/>
                <w:sz w:val="28"/>
                <w:szCs w:val="28"/>
              </w:rPr>
              <w:t>vào</w:t>
            </w:r>
            <w:proofErr w:type="spellEnd"/>
            <w:r w:rsidRPr="00114A3B">
              <w:rPr>
                <w:rFonts w:ascii="Times New Roman" w:hAnsi="Times New Roman" w:cs="Times New Roman"/>
                <w:b w:val="0"/>
                <w:bCs w:val="0"/>
                <w:color w:val="auto"/>
                <w:spacing w:val="-3"/>
                <w:sz w:val="28"/>
                <w:szCs w:val="28"/>
              </w:rPr>
              <w:t xml:space="preserve">, camera </w:t>
            </w:r>
            <w:proofErr w:type="spellStart"/>
            <w:r w:rsidRPr="00114A3B">
              <w:rPr>
                <w:rFonts w:ascii="Times New Roman" w:hAnsi="Times New Roman" w:cs="Times New Roman"/>
                <w:b w:val="0"/>
                <w:bCs w:val="0"/>
                <w:color w:val="auto"/>
                <w:spacing w:val="-3"/>
                <w:sz w:val="28"/>
                <w:szCs w:val="28"/>
              </w:rPr>
              <w:t>giám</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pacing w:val="-3"/>
                <w:sz w:val="28"/>
                <w:szCs w:val="28"/>
              </w:rPr>
              <w:t>sát</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pacing w:val="-2"/>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ninh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gramStart"/>
            <w:r w:rsidRPr="00114A3B">
              <w:rPr>
                <w:rFonts w:ascii="Times New Roman" w:hAnsi="Times New Roman" w:cs="Times New Roman"/>
                <w:b w:val="0"/>
                <w:bCs w:val="0"/>
                <w:color w:val="auto"/>
                <w:sz w:val="28"/>
                <w:szCs w:val="28"/>
              </w:rPr>
              <w:t>an</w:t>
            </w:r>
            <w:proofErr w:type="gram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Mỗi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ninh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phòng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bổ</w:t>
            </w:r>
            <w:proofErr w:type="spellEnd"/>
            <w:r w:rsidRPr="00114A3B">
              <w:rPr>
                <w:rFonts w:ascii="Times New Roman" w:hAnsi="Times New Roman" w:cs="Times New Roman"/>
                <w:b w:val="0"/>
                <w:bCs w:val="0"/>
                <w:color w:val="auto"/>
                <w:sz w:val="28"/>
                <w:szCs w:val="28"/>
              </w:rPr>
              <w:t xml:space="preserve"> sung </w:t>
            </w:r>
            <w:proofErr w:type="spellStart"/>
            <w:r w:rsidRPr="00114A3B">
              <w:rPr>
                <w:rFonts w:ascii="Times New Roman" w:hAnsi="Times New Roman" w:cs="Times New Roman"/>
                <w:b w:val="0"/>
                <w:bCs w:val="0"/>
                <w:color w:val="auto"/>
                <w:sz w:val="28"/>
                <w:szCs w:val="28"/>
              </w:rPr>
              <w:t>hỗ</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lẫn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w:t>
            </w:r>
          </w:p>
          <w:p w14:paraId="4ECA266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i/>
                <w:color w:val="auto"/>
                <w:sz w:val="28"/>
                <w:szCs w:val="28"/>
              </w:rPr>
              <w:t>Phân</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hệ</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máy</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chủ</w:t>
            </w:r>
            <w:proofErr w:type="spellEnd"/>
            <w:r w:rsidRPr="00114A3B">
              <w:rPr>
                <w:rFonts w:ascii="Times New Roman" w:hAnsi="Times New Roman" w:cs="Times New Roman"/>
                <w:b w:val="0"/>
                <w:bCs w:val="0"/>
                <w:color w:val="auto"/>
                <w:sz w:val="28"/>
                <w:szCs w:val="28"/>
              </w:rPr>
              <w:t xml:space="preserve">: Bao </w:t>
            </w:r>
            <w:proofErr w:type="spellStart"/>
            <w:r w:rsidRPr="00114A3B">
              <w:rPr>
                <w:rFonts w:ascii="Times New Roman" w:hAnsi="Times New Roman" w:cs="Times New Roman"/>
                <w:b w:val="0"/>
                <w:bCs w:val="0"/>
                <w:color w:val="auto"/>
                <w:sz w:val="28"/>
                <w:szCs w:val="28"/>
              </w:rPr>
              <w:t>gồm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tư</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khả</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sẵn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sàng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tương</w:t>
            </w:r>
            <w:proofErr w:type="spellEnd"/>
            <w:r w:rsidRPr="00114A3B">
              <w:rPr>
                <w:rFonts w:ascii="Times New Roman" w:hAnsi="Times New Roman" w:cs="Times New Roman"/>
                <w:b w:val="0"/>
                <w:bCs w:val="0"/>
                <w:color w:val="auto"/>
                <w:sz w:val="28"/>
                <w:szCs w:val="28"/>
              </w:rPr>
              <w:t xml:space="preserve"> lai.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đích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nhau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như</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ngành</w:t>
            </w:r>
            <w:proofErr w:type="spellEnd"/>
            <w:r w:rsidRPr="00114A3B">
              <w:rPr>
                <w:rFonts w:ascii="Times New Roman" w:hAnsi="Times New Roman" w:cs="Times New Roman"/>
                <w:b w:val="0"/>
                <w:bCs w:val="0"/>
                <w:color w:val="auto"/>
                <w:sz w:val="28"/>
                <w:szCs w:val="28"/>
              </w:rPr>
              <w:t>,</w:t>
            </w:r>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trang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proofErr w:type="gramStart"/>
            <w:r w:rsidRPr="00114A3B">
              <w:rPr>
                <w:rFonts w:ascii="Times New Roman" w:hAnsi="Times New Roman" w:cs="Times New Roman"/>
                <w:b w:val="0"/>
                <w:bCs w:val="0"/>
                <w:color w:val="auto"/>
                <w:sz w:val="28"/>
                <w:szCs w:val="28"/>
              </w:rPr>
              <w:t>ngành</w:t>
            </w:r>
            <w:proofErr w:type="spellEnd"/>
            <w:r w:rsidRPr="00114A3B">
              <w:rPr>
                <w:rFonts w:ascii="Times New Roman" w:hAnsi="Times New Roman" w:cs="Times New Roman"/>
                <w:b w:val="0"/>
                <w:bCs w:val="0"/>
                <w:color w:val="auto"/>
                <w:sz w:val="28"/>
                <w:szCs w:val="28"/>
              </w:rPr>
              <w:t>,…</w:t>
            </w:r>
            <w:proofErr w:type="gram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w:t>
            </w:r>
          </w:p>
          <w:p w14:paraId="3C2F246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4. </w:t>
            </w:r>
            <w:proofErr w:type="spellStart"/>
            <w:r w:rsidRPr="00114A3B">
              <w:rPr>
                <w:rFonts w:ascii="Times New Roman" w:hAnsi="Times New Roman" w:cs="Times New Roman"/>
                <w:b w:val="0"/>
                <w:bCs w:val="0"/>
                <w:i/>
                <w:color w:val="auto"/>
                <w:sz w:val="28"/>
                <w:szCs w:val="28"/>
              </w:rPr>
              <w:t>Phân</w:t>
            </w:r>
            <w:proofErr w:type="spellEnd"/>
            <w:r w:rsidRPr="00114A3B">
              <w:rPr>
                <w:rFonts w:ascii="Times New Roman" w:hAnsi="Times New Roman" w:cs="Times New Roman"/>
                <w:b w:val="0"/>
                <w:bCs w:val="0"/>
                <w:i/>
                <w:color w:val="auto"/>
                <w:spacing w:val="-1"/>
                <w:sz w:val="28"/>
                <w:szCs w:val="28"/>
              </w:rPr>
              <w:t xml:space="preserve"> </w:t>
            </w:r>
            <w:proofErr w:type="spellStart"/>
            <w:r w:rsidRPr="00114A3B">
              <w:rPr>
                <w:rFonts w:ascii="Times New Roman" w:hAnsi="Times New Roman" w:cs="Times New Roman"/>
                <w:b w:val="0"/>
                <w:bCs w:val="0"/>
                <w:i/>
                <w:color w:val="auto"/>
                <w:sz w:val="28"/>
                <w:szCs w:val="28"/>
              </w:rPr>
              <w:t>hệ</w:t>
            </w:r>
            <w:proofErr w:type="spellEnd"/>
            <w:r w:rsidRPr="00114A3B">
              <w:rPr>
                <w:rFonts w:ascii="Times New Roman" w:hAnsi="Times New Roman" w:cs="Times New Roman"/>
                <w:b w:val="0"/>
                <w:bCs w:val="0"/>
                <w:i/>
                <w:color w:val="auto"/>
                <w:spacing w:val="-3"/>
                <w:sz w:val="28"/>
                <w:szCs w:val="28"/>
              </w:rPr>
              <w:t xml:space="preserve"> </w:t>
            </w:r>
            <w:proofErr w:type="spellStart"/>
            <w:r w:rsidRPr="00114A3B">
              <w:rPr>
                <w:rFonts w:ascii="Times New Roman" w:hAnsi="Times New Roman" w:cs="Times New Roman"/>
                <w:b w:val="0"/>
                <w:bCs w:val="0"/>
                <w:i/>
                <w:color w:val="auto"/>
                <w:sz w:val="28"/>
                <w:szCs w:val="28"/>
              </w:rPr>
              <w:t>lưu</w:t>
            </w:r>
            <w:proofErr w:type="spellEnd"/>
            <w:r w:rsidRPr="00114A3B">
              <w:rPr>
                <w:rFonts w:ascii="Times New Roman" w:hAnsi="Times New Roman" w:cs="Times New Roman"/>
                <w:b w:val="0"/>
                <w:bCs w:val="0"/>
                <w:i/>
                <w:color w:val="auto"/>
                <w:spacing w:val="-1"/>
                <w:sz w:val="28"/>
                <w:szCs w:val="28"/>
              </w:rPr>
              <w:t xml:space="preserve"> </w:t>
            </w:r>
            <w:proofErr w:type="spellStart"/>
            <w:r w:rsidRPr="00114A3B">
              <w:rPr>
                <w:rFonts w:ascii="Times New Roman" w:hAnsi="Times New Roman" w:cs="Times New Roman"/>
                <w:b w:val="0"/>
                <w:bCs w:val="0"/>
                <w:i/>
                <w:color w:val="auto"/>
                <w:sz w:val="28"/>
                <w:szCs w:val="28"/>
              </w:rPr>
              <w:t>trữ</w:t>
            </w:r>
            <w:proofErr w:type="spellEnd"/>
            <w:r w:rsidRPr="00114A3B">
              <w:rPr>
                <w:rFonts w:ascii="Times New Roman" w:hAnsi="Times New Roman" w:cs="Times New Roman"/>
                <w:b w:val="0"/>
                <w:bCs w:val="0"/>
                <w:color w:val="auto"/>
                <w:sz w:val="28"/>
                <w:szCs w:val="28"/>
              </w:rPr>
              <w:t>:</w:t>
            </w:r>
            <w:r w:rsidRPr="00114A3B">
              <w:rPr>
                <w:rFonts w:ascii="Times New Roman" w:hAnsi="Times New Roman" w:cs="Times New Roman"/>
                <w:b w:val="0"/>
                <w:bCs w:val="0"/>
                <w:color w:val="auto"/>
                <w:spacing w:val="-1"/>
                <w:sz w:val="28"/>
                <w:szCs w:val="28"/>
              </w:rPr>
              <w:t xml:space="preserve"> </w:t>
            </w:r>
            <w:r w:rsidRPr="00114A3B">
              <w:rPr>
                <w:rFonts w:ascii="Times New Roman" w:hAnsi="Times New Roman" w:cs="Times New Roman"/>
                <w:b w:val="0"/>
                <w:bCs w:val="0"/>
                <w:color w:val="auto"/>
                <w:sz w:val="28"/>
                <w:szCs w:val="28"/>
              </w:rPr>
              <w:t>Bao</w:t>
            </w:r>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gồm</w:t>
            </w:r>
            <w:proofErr w:type="spellEnd"/>
            <w:r w:rsidRPr="00114A3B">
              <w:rPr>
                <w:rFonts w:ascii="Times New Roman" w:hAnsi="Times New Roman" w:cs="Times New Roman"/>
                <w:b w:val="0"/>
                <w:bCs w:val="0"/>
                <w:color w:val="auto"/>
                <w:spacing w:val="-4"/>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z w:val="28"/>
                <w:szCs w:val="28"/>
              </w:rPr>
              <w:t>tập</w:t>
            </w:r>
            <w:proofErr w:type="spellEnd"/>
            <w:r w:rsidRPr="00114A3B">
              <w:rPr>
                <w:rFonts w:ascii="Times New Roman" w:hAnsi="Times New Roman" w:cs="Times New Roman"/>
                <w:b w:val="0"/>
                <w:bCs w:val="0"/>
                <w:color w:val="auto"/>
                <w:spacing w:val="-2"/>
                <w:sz w:val="28"/>
                <w:szCs w:val="28"/>
              </w:rPr>
              <w:t xml:space="preserve"> </w:t>
            </w:r>
            <w:proofErr w:type="spellStart"/>
            <w:r w:rsidRPr="00114A3B">
              <w:rPr>
                <w:rFonts w:ascii="Times New Roman" w:hAnsi="Times New Roman" w:cs="Times New Roman"/>
                <w:b w:val="0"/>
                <w:bCs w:val="0"/>
                <w:color w:val="auto"/>
                <w:sz w:val="28"/>
                <w:szCs w:val="28"/>
              </w:rPr>
              <w:t>trung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pacing w:val="-2"/>
                <w:sz w:val="28"/>
                <w:szCs w:val="28"/>
              </w:rPr>
              <w:t xml:space="preserve"> </w:t>
            </w:r>
            <w:proofErr w:type="spellStart"/>
            <w:r w:rsidRPr="00114A3B">
              <w:rPr>
                <w:rFonts w:ascii="Times New Roman" w:hAnsi="Times New Roman" w:cs="Times New Roman"/>
                <w:b w:val="0"/>
                <w:bCs w:val="0"/>
                <w:color w:val="auto"/>
                <w:sz w:val="28"/>
                <w:szCs w:val="28"/>
              </w:rPr>
              <w:t>lực</w:t>
            </w:r>
            <w:proofErr w:type="spellEnd"/>
            <w:r w:rsidRPr="00114A3B">
              <w:rPr>
                <w:rFonts w:ascii="Times New Roman" w:hAnsi="Times New Roman" w:cs="Times New Roman"/>
                <w:b w:val="0"/>
                <w:bCs w:val="0"/>
                <w:color w:val="auto"/>
                <w:spacing w:val="-2"/>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pacing w:val="-3"/>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ở </w:t>
            </w:r>
            <w:proofErr w:type="spellStart"/>
            <w:r w:rsidRPr="00114A3B">
              <w:rPr>
                <w:rFonts w:ascii="Times New Roman" w:hAnsi="Times New Roman" w:cs="Times New Roman"/>
                <w:b w:val="0"/>
                <w:bCs w:val="0"/>
                <w:color w:val="auto"/>
                <w:sz w:val="28"/>
                <w:szCs w:val="28"/>
              </w:rPr>
              <w:t>mức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lớn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đích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hồi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pacing w:val="-2"/>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pacing w:val="-1"/>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tương</w:t>
            </w:r>
            <w:proofErr w:type="spellEnd"/>
            <w:r w:rsidRPr="00114A3B">
              <w:rPr>
                <w:rFonts w:ascii="Times New Roman" w:hAnsi="Times New Roman" w:cs="Times New Roman"/>
                <w:b w:val="0"/>
                <w:bCs w:val="0"/>
                <w:color w:val="auto"/>
                <w:sz w:val="28"/>
                <w:szCs w:val="28"/>
              </w:rPr>
              <w:t xml:space="preserve"> lai.</w:t>
            </w:r>
          </w:p>
          <w:p w14:paraId="7794D3C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5.</w:t>
            </w:r>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Phân</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hệ</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các</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hệ</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thống</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phụ</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trợ</w:t>
            </w:r>
            <w:proofErr w:type="spellEnd"/>
            <w:r w:rsidRPr="00114A3B">
              <w:rPr>
                <w:rFonts w:ascii="Times New Roman" w:hAnsi="Times New Roman" w:cs="Times New Roman"/>
                <w:b w:val="0"/>
                <w:bCs w:val="0"/>
                <w:i/>
                <w:color w:val="auto"/>
                <w:sz w:val="28"/>
                <w:szCs w:val="28"/>
              </w:rPr>
              <w:t>:</w:t>
            </w:r>
            <w:r w:rsidRPr="00114A3B">
              <w:rPr>
                <w:rFonts w:ascii="Times New Roman" w:hAnsi="Times New Roman" w:cs="Times New Roman"/>
                <w:b w:val="0"/>
                <w:bCs w:val="0"/>
                <w:iCs/>
                <w:color w:val="auto"/>
                <w:sz w:val="28"/>
                <w:szCs w:val="28"/>
              </w:rPr>
              <w:t xml:space="preserve"> Bao </w:t>
            </w:r>
            <w:proofErr w:type="spellStart"/>
            <w:r w:rsidRPr="00114A3B">
              <w:rPr>
                <w:rFonts w:ascii="Times New Roman" w:hAnsi="Times New Roman" w:cs="Times New Roman"/>
                <w:b w:val="0"/>
                <w:bCs w:val="0"/>
                <w:iCs/>
                <w:color w:val="auto"/>
                <w:sz w:val="28"/>
                <w:szCs w:val="28"/>
              </w:rPr>
              <w:t>gồm</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hệ</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thống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nguồn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điện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hệ</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thống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điều</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hòa</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chính</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xác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thiết</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bị</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lưu</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điện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giám</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sát</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môi</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trường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máy</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phát</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điện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sàn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nâng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hệ</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thống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phòng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cháy</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và</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chữa</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cháy</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và</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các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hệ</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thống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phụ</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trợ</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liên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quan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khác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được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thiết</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kế</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tuân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theo</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tiêu</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chuẩn</w:t>
            </w:r>
            <w:proofErr w:type="spellEnd"/>
            <w:r w:rsidRPr="00114A3B">
              <w:rPr>
                <w:rFonts w:ascii="Times New Roman" w:hAnsi="Times New Roman" w:cs="Times New Roman"/>
                <w:b w:val="0"/>
                <w:bCs w:val="0"/>
                <w:iCs/>
                <w:color w:val="auto"/>
                <w:sz w:val="28"/>
                <w:szCs w:val="28"/>
              </w:rPr>
              <w:t xml:space="preserve"> TIA 942 - TIER 3 (</w:t>
            </w:r>
            <w:proofErr w:type="spellStart"/>
            <w:r w:rsidRPr="00114A3B">
              <w:rPr>
                <w:rFonts w:ascii="Times New Roman" w:hAnsi="Times New Roman" w:cs="Times New Roman"/>
                <w:b w:val="0"/>
                <w:bCs w:val="0"/>
                <w:iCs/>
                <w:color w:val="auto"/>
                <w:sz w:val="28"/>
                <w:szCs w:val="28"/>
              </w:rPr>
              <w:t>tiêu</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chuẩn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quốc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tế</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về</w:t>
            </w:r>
            <w:proofErr w:type="spellEnd"/>
            <w:r w:rsidRPr="00114A3B">
              <w:rPr>
                <w:rFonts w:ascii="Times New Roman" w:hAnsi="Times New Roman" w:cs="Times New Roman"/>
                <w:b w:val="0"/>
                <w:bCs w:val="0"/>
                <w:iCs/>
                <w:color w:val="auto"/>
                <w:sz w:val="28"/>
                <w:szCs w:val="28"/>
              </w:rPr>
              <w:t xml:space="preserve"> Trung </w:t>
            </w:r>
            <w:proofErr w:type="spellStart"/>
            <w:r w:rsidRPr="00114A3B">
              <w:rPr>
                <w:rFonts w:ascii="Times New Roman" w:hAnsi="Times New Roman" w:cs="Times New Roman"/>
                <w:b w:val="0"/>
                <w:bCs w:val="0"/>
                <w:iCs/>
                <w:color w:val="auto"/>
                <w:sz w:val="28"/>
                <w:szCs w:val="28"/>
              </w:rPr>
              <w:t>tâm</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dữ</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liệu</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bảo</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đảm</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các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thiết</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bị</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luôn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được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hoạt</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động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trong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môi</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trường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tiêu</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chuẩn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ổn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định</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với</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độ</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dự</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phòng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cao</w:t>
            </w:r>
            <w:proofErr w:type="spellEnd"/>
            <w:r w:rsidRPr="00114A3B">
              <w:rPr>
                <w:rFonts w:ascii="Times New Roman" w:hAnsi="Times New Roman" w:cs="Times New Roman"/>
                <w:b w:val="0"/>
                <w:bCs w:val="0"/>
                <w:iCs/>
                <w:color w:val="auto"/>
                <w:sz w:val="28"/>
                <w:szCs w:val="28"/>
              </w:rPr>
              <w:t>.</w:t>
            </w:r>
          </w:p>
          <w:p w14:paraId="238DF20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6.</w:t>
            </w:r>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Phân</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hệ</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phần</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mềm</w:t>
            </w:r>
            <w:proofErr w:type="spellEnd"/>
            <w:r w:rsidRPr="00114A3B">
              <w:rPr>
                <w:rFonts w:ascii="Times New Roman" w:hAnsi="Times New Roman" w:cs="Times New Roman"/>
                <w:b w:val="0"/>
                <w:bCs w:val="0"/>
                <w:i/>
                <w:color w:val="auto"/>
                <w:sz w:val="28"/>
                <w:szCs w:val="28"/>
              </w:rPr>
              <w:t xml:space="preserve">: </w:t>
            </w:r>
            <w:r w:rsidRPr="00114A3B">
              <w:rPr>
                <w:rFonts w:ascii="Times New Roman" w:hAnsi="Times New Roman" w:cs="Times New Roman"/>
                <w:b w:val="0"/>
                <w:bCs w:val="0"/>
                <w:iCs/>
                <w:color w:val="auto"/>
                <w:sz w:val="28"/>
                <w:szCs w:val="28"/>
              </w:rPr>
              <w:t xml:space="preserve">Bao </w:t>
            </w:r>
            <w:proofErr w:type="spellStart"/>
            <w:r w:rsidRPr="00114A3B">
              <w:rPr>
                <w:rFonts w:ascii="Times New Roman" w:hAnsi="Times New Roman" w:cs="Times New Roman"/>
                <w:b w:val="0"/>
                <w:bCs w:val="0"/>
                <w:iCs/>
                <w:color w:val="auto"/>
                <w:sz w:val="28"/>
                <w:szCs w:val="28"/>
              </w:rPr>
              <w:t>gồm</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hệ</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thống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ứng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dụng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dùng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chung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ứng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dụng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chuyên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ngành</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và</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các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hệ</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thống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phần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mềm</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khác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được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triển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khai</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tại</w:t>
            </w:r>
            <w:proofErr w:type="spellEnd"/>
            <w:r w:rsidRPr="00114A3B">
              <w:rPr>
                <w:rFonts w:ascii="Times New Roman" w:hAnsi="Times New Roman" w:cs="Times New Roman"/>
                <w:b w:val="0"/>
                <w:bCs w:val="0"/>
                <w:iCs/>
                <w:color w:val="auto"/>
                <w:sz w:val="28"/>
                <w:szCs w:val="28"/>
              </w:rPr>
              <w:t xml:space="preserve"> Trung </w:t>
            </w:r>
            <w:proofErr w:type="spellStart"/>
            <w:r w:rsidRPr="00114A3B">
              <w:rPr>
                <w:rFonts w:ascii="Times New Roman" w:hAnsi="Times New Roman" w:cs="Times New Roman"/>
                <w:b w:val="0"/>
                <w:bCs w:val="0"/>
                <w:iCs/>
                <w:color w:val="auto"/>
                <w:sz w:val="28"/>
                <w:szCs w:val="28"/>
              </w:rPr>
              <w:t>tâm</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dữ</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liệu</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phục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vụ</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công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tác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chỉ</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đạo</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điều</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hành</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tác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nghiệp</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của</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các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cơ</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quan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địa</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phương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và</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người</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dân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doanh</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nghiệp</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theo</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thiết</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kế</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được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phê</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duyệt</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và</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đảm</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bảo</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yêu</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cầu</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trước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khi</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đưa</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vào</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sử</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dụng</w:t>
            </w:r>
            <w:proofErr w:type="spellEnd"/>
            <w:r w:rsidRPr="00114A3B">
              <w:rPr>
                <w:rFonts w:ascii="Times New Roman" w:hAnsi="Times New Roman" w:cs="Times New Roman"/>
                <w:b w:val="0"/>
                <w:bCs w:val="0"/>
                <w:iCs/>
                <w:color w:val="auto"/>
                <w:sz w:val="28"/>
                <w:szCs w:val="28"/>
              </w:rPr>
              <w:t>.</w:t>
            </w:r>
          </w:p>
          <w:p w14:paraId="178BDEBA"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7.</w:t>
            </w:r>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Phân</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hệ</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cơ</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sở</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dữ</w:t>
            </w:r>
            <w:proofErr w:type="spellEnd"/>
            <w:r w:rsidRPr="00114A3B">
              <w:rPr>
                <w:rFonts w:ascii="Times New Roman" w:hAnsi="Times New Roman" w:cs="Times New Roman"/>
                <w:b w:val="0"/>
                <w:bCs w:val="0"/>
                <w:i/>
                <w:color w:val="auto"/>
                <w:sz w:val="28"/>
                <w:szCs w:val="28"/>
              </w:rPr>
              <w:t xml:space="preserve"> </w:t>
            </w:r>
            <w:proofErr w:type="spellStart"/>
            <w:r w:rsidRPr="00114A3B">
              <w:rPr>
                <w:rFonts w:ascii="Times New Roman" w:hAnsi="Times New Roman" w:cs="Times New Roman"/>
                <w:b w:val="0"/>
                <w:bCs w:val="0"/>
                <w:i/>
                <w:color w:val="auto"/>
                <w:sz w:val="28"/>
                <w:szCs w:val="28"/>
              </w:rPr>
              <w:t>liệu</w:t>
            </w:r>
            <w:proofErr w:type="spellEnd"/>
            <w:r w:rsidRPr="00114A3B">
              <w:rPr>
                <w:rFonts w:ascii="Times New Roman" w:hAnsi="Times New Roman" w:cs="Times New Roman"/>
                <w:b w:val="0"/>
                <w:bCs w:val="0"/>
                <w:i/>
                <w:color w:val="auto"/>
                <w:sz w:val="28"/>
                <w:szCs w:val="28"/>
              </w:rPr>
              <w:t xml:space="preserve">: </w:t>
            </w:r>
            <w:r w:rsidRPr="00114A3B">
              <w:rPr>
                <w:rFonts w:ascii="Times New Roman" w:hAnsi="Times New Roman" w:cs="Times New Roman"/>
                <w:b w:val="0"/>
                <w:bCs w:val="0"/>
                <w:iCs/>
                <w:color w:val="auto"/>
                <w:sz w:val="28"/>
                <w:szCs w:val="28"/>
              </w:rPr>
              <w:t xml:space="preserve">Bao </w:t>
            </w:r>
            <w:proofErr w:type="spellStart"/>
            <w:r w:rsidRPr="00114A3B">
              <w:rPr>
                <w:rFonts w:ascii="Times New Roman" w:hAnsi="Times New Roman" w:cs="Times New Roman"/>
                <w:b w:val="0"/>
                <w:bCs w:val="0"/>
                <w:iCs/>
                <w:color w:val="auto"/>
                <w:sz w:val="28"/>
                <w:szCs w:val="28"/>
              </w:rPr>
              <w:t>gồm</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các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phân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hệ</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cơ</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sở</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dữ</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liệu</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dùng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chung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hoặc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chuyên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ngành</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được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xây</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dựng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nhằm</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liên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kết</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tích</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hợp</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các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ứng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dụng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dùng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chung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và</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chuyên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ngành</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phục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vụ</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ứng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dụng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công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nghệ</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thông</w:t>
            </w:r>
            <w:proofErr w:type="spellEnd"/>
            <w:r w:rsidRPr="00114A3B">
              <w:rPr>
                <w:rFonts w:ascii="Times New Roman" w:hAnsi="Times New Roman" w:cs="Times New Roman"/>
                <w:b w:val="0"/>
                <w:bCs w:val="0"/>
                <w:iCs/>
                <w:color w:val="auto"/>
                <w:sz w:val="28"/>
                <w:szCs w:val="28"/>
              </w:rPr>
              <w:t xml:space="preserve"> tin </w:t>
            </w:r>
            <w:proofErr w:type="spellStart"/>
            <w:r w:rsidRPr="00114A3B">
              <w:rPr>
                <w:rFonts w:ascii="Times New Roman" w:hAnsi="Times New Roman" w:cs="Times New Roman"/>
                <w:b w:val="0"/>
                <w:bCs w:val="0"/>
                <w:iCs/>
                <w:color w:val="auto"/>
                <w:sz w:val="28"/>
                <w:szCs w:val="28"/>
              </w:rPr>
              <w:t>trong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các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cơ</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quan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địa</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phương</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và</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phục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vụ</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người</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dân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doanh</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nghiệp</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đã</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được</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Ủy</w:t>
            </w:r>
            <w:proofErr w:type="spellEnd"/>
            <w:r w:rsidRPr="00114A3B">
              <w:rPr>
                <w:rFonts w:ascii="Times New Roman" w:hAnsi="Times New Roman" w:cs="Times New Roman"/>
                <w:b w:val="0"/>
                <w:bCs w:val="0"/>
                <w:iCs/>
                <w:color w:val="auto"/>
                <w:sz w:val="28"/>
                <w:szCs w:val="28"/>
              </w:rPr>
              <w:t xml:space="preserve"> ban </w:t>
            </w:r>
            <w:proofErr w:type="spellStart"/>
            <w:r w:rsidRPr="00114A3B">
              <w:rPr>
                <w:rFonts w:ascii="Times New Roman" w:hAnsi="Times New Roman" w:cs="Times New Roman"/>
                <w:b w:val="0"/>
                <w:bCs w:val="0"/>
                <w:iCs/>
                <w:color w:val="auto"/>
                <w:sz w:val="28"/>
                <w:szCs w:val="28"/>
              </w:rPr>
              <w:t>nhân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dân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thành</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phố</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phê</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duyệt</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và</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cho</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phép</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triển</w:t>
            </w:r>
            <w:proofErr w:type="spellEnd"/>
            <w:r w:rsidRPr="00114A3B">
              <w:rPr>
                <w:rFonts w:ascii="Times New Roman" w:hAnsi="Times New Roman" w:cs="Times New Roman"/>
                <w:b w:val="0"/>
                <w:bCs w:val="0"/>
                <w:iCs/>
                <w:color w:val="auto"/>
                <w:sz w:val="28"/>
                <w:szCs w:val="28"/>
              </w:rPr>
              <w:t xml:space="preserve"> </w:t>
            </w:r>
            <w:proofErr w:type="spellStart"/>
            <w:r w:rsidRPr="00114A3B">
              <w:rPr>
                <w:rFonts w:ascii="Times New Roman" w:hAnsi="Times New Roman" w:cs="Times New Roman"/>
                <w:b w:val="0"/>
                <w:bCs w:val="0"/>
                <w:iCs/>
                <w:color w:val="auto"/>
                <w:sz w:val="28"/>
                <w:szCs w:val="28"/>
              </w:rPr>
              <w:t>khai</w:t>
            </w:r>
            <w:proofErr w:type="spellEnd"/>
            <w:r w:rsidRPr="00114A3B">
              <w:rPr>
                <w:rFonts w:ascii="Times New Roman" w:hAnsi="Times New Roman" w:cs="Times New Roman"/>
                <w:b w:val="0"/>
                <w:bCs w:val="0"/>
                <w:iCs/>
                <w:color w:val="auto"/>
                <w:sz w:val="28"/>
                <w:szCs w:val="28"/>
              </w:rPr>
              <w:t>.</w:t>
            </w:r>
          </w:p>
        </w:tc>
        <w:tc>
          <w:tcPr>
            <w:tcW w:w="3969" w:type="dxa"/>
          </w:tcPr>
          <w:p w14:paraId="6BEC3EAA" w14:textId="376A8C4E"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 xml:space="preserve">Điều này được xây dựng nhằm bảo đảm Trung tâm dữ liệu có kiến trúc đồng bộ, hiện đại, đáp ứng các tiêu chuẩn kỹ thuật quốc tế và yêu cầu về an toàn, </w:t>
            </w:r>
            <w:proofErr w:type="gramStart"/>
            <w:r>
              <w:rPr>
                <w:rFonts w:ascii="Times New Roman" w:hAnsi="Times New Roman"/>
                <w:sz w:val="28"/>
              </w:rPr>
              <w:t>an</w:t>
            </w:r>
            <w:proofErr w:type="gramEnd"/>
            <w:r>
              <w:rPr>
                <w:rFonts w:ascii="Times New Roman" w:hAnsi="Times New Roman"/>
                <w:sz w:val="28"/>
              </w:rPr>
              <w:t xml:space="preserve"> ninh thông tin. Việc phân chia thành các phân hệ chức năng rõ ràng giúp tối ưu hóa hiệu quả vận hành, nâng cao khả năng mở rộng, phục hồi và bảo vệ dữ liệu, đồng thời tạo điều kiện thuận lợi cho việc tích hợp, phát triển các ứng dụng mới phục vụ chuyển đổi số của thành phố.</w:t>
            </w:r>
          </w:p>
        </w:tc>
      </w:tr>
      <w:tr w:rsidR="00D74C2A" w:rsidRPr="00114A3B" w14:paraId="66A52FD0" w14:textId="77777777" w:rsidTr="00114A3B">
        <w:tc>
          <w:tcPr>
            <w:tcW w:w="1838" w:type="dxa"/>
          </w:tcPr>
          <w:p w14:paraId="1300392C"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0A9E17EB"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pacing w:val="-4"/>
                <w:sz w:val="28"/>
                <w:szCs w:val="28"/>
              </w:rPr>
              <w:t xml:space="preserve"> </w:t>
            </w:r>
            <w:r w:rsidRPr="00114A3B">
              <w:rPr>
                <w:rFonts w:ascii="Times New Roman" w:hAnsi="Times New Roman" w:cs="Times New Roman"/>
                <w:color w:val="auto"/>
                <w:sz w:val="28"/>
                <w:szCs w:val="28"/>
              </w:rPr>
              <w:t>6.</w:t>
            </w:r>
            <w:r w:rsidRPr="00114A3B">
              <w:rPr>
                <w:rFonts w:ascii="Times New Roman" w:hAnsi="Times New Roman" w:cs="Times New Roman"/>
                <w:color w:val="auto"/>
                <w:spacing w:val="-3"/>
                <w:sz w:val="28"/>
                <w:szCs w:val="28"/>
              </w:rPr>
              <w:t xml:space="preserve"> </w:t>
            </w:r>
            <w:bookmarkStart w:id="1" w:name="_Hlk235171665"/>
            <w:r w:rsidRPr="00114A3B">
              <w:rPr>
                <w:rFonts w:ascii="Times New Roman" w:hAnsi="Times New Roman" w:cs="Times New Roman"/>
                <w:color w:val="auto"/>
                <w:sz w:val="28"/>
                <w:szCs w:val="28"/>
              </w:rPr>
              <w:t>Nguyên</w:t>
            </w:r>
            <w:r w:rsidRPr="00114A3B">
              <w:rPr>
                <w:rFonts w:ascii="Times New Roman" w:hAnsi="Times New Roman" w:cs="Times New Roman"/>
                <w:color w:val="auto"/>
                <w:spacing w:val="-3"/>
                <w:sz w:val="28"/>
                <w:szCs w:val="28"/>
              </w:rPr>
              <w:t xml:space="preserve"> </w:t>
            </w:r>
            <w:proofErr w:type="spellStart"/>
            <w:r w:rsidRPr="00114A3B">
              <w:rPr>
                <w:rFonts w:ascii="Times New Roman" w:hAnsi="Times New Roman" w:cs="Times New Roman"/>
                <w:color w:val="auto"/>
                <w:sz w:val="28"/>
                <w:szCs w:val="28"/>
              </w:rPr>
              <w:t>tắc</w:t>
            </w:r>
            <w:proofErr w:type="spellEnd"/>
            <w:r w:rsidRPr="00114A3B">
              <w:rPr>
                <w:rFonts w:ascii="Times New Roman" w:hAnsi="Times New Roman" w:cs="Times New Roman"/>
                <w:color w:val="auto"/>
                <w:spacing w:val="-3"/>
                <w:sz w:val="28"/>
                <w:szCs w:val="28"/>
              </w:rPr>
              <w:t xml:space="preserve"> </w:t>
            </w:r>
            <w:proofErr w:type="spellStart"/>
            <w:r w:rsidRPr="00114A3B">
              <w:rPr>
                <w:rFonts w:ascii="Times New Roman" w:hAnsi="Times New Roman" w:cs="Times New Roman"/>
                <w:color w:val="auto"/>
                <w:sz w:val="28"/>
                <w:szCs w:val="28"/>
              </w:rPr>
              <w:t>về</w:t>
            </w:r>
            <w:proofErr w:type="spellEnd"/>
            <w:r w:rsidRPr="00114A3B">
              <w:rPr>
                <w:rFonts w:ascii="Times New Roman" w:hAnsi="Times New Roman" w:cs="Times New Roman"/>
                <w:color w:val="auto"/>
                <w:spacing w:val="-3"/>
                <w:sz w:val="28"/>
                <w:szCs w:val="28"/>
              </w:rPr>
              <w:t xml:space="preserve"> </w:t>
            </w:r>
            <w:proofErr w:type="spellStart"/>
            <w:r w:rsidRPr="00114A3B">
              <w:rPr>
                <w:rFonts w:ascii="Times New Roman" w:hAnsi="Times New Roman" w:cs="Times New Roman"/>
                <w:color w:val="auto"/>
                <w:sz w:val="28"/>
                <w:szCs w:val="28"/>
              </w:rPr>
              <w:t>quản</w:t>
            </w:r>
            <w:proofErr w:type="spellEnd"/>
            <w:r w:rsidRPr="00114A3B">
              <w:rPr>
                <w:rFonts w:ascii="Times New Roman" w:hAnsi="Times New Roman" w:cs="Times New Roman"/>
                <w:color w:val="auto"/>
                <w:spacing w:val="-2"/>
                <w:sz w:val="28"/>
                <w:szCs w:val="28"/>
              </w:rPr>
              <w:t xml:space="preserve"> </w:t>
            </w:r>
            <w:proofErr w:type="spellStart"/>
            <w:r w:rsidRPr="00114A3B">
              <w:rPr>
                <w:rFonts w:ascii="Times New Roman" w:hAnsi="Times New Roman" w:cs="Times New Roman"/>
                <w:color w:val="auto"/>
                <w:sz w:val="28"/>
                <w:szCs w:val="28"/>
              </w:rPr>
              <w:t>lý</w:t>
            </w:r>
            <w:proofErr w:type="spellEnd"/>
            <w:r w:rsidRPr="00114A3B">
              <w:rPr>
                <w:rFonts w:ascii="Times New Roman" w:hAnsi="Times New Roman" w:cs="Times New Roman"/>
                <w:color w:val="auto"/>
                <w:spacing w:val="-2"/>
                <w:sz w:val="28"/>
                <w:szCs w:val="28"/>
              </w:rPr>
              <w:t xml:space="preserve"> </w:t>
            </w:r>
            <w:proofErr w:type="spellStart"/>
            <w:r w:rsidRPr="00114A3B">
              <w:rPr>
                <w:rFonts w:ascii="Times New Roman" w:hAnsi="Times New Roman" w:cs="Times New Roman"/>
                <w:color w:val="auto"/>
                <w:sz w:val="28"/>
                <w:szCs w:val="28"/>
              </w:rPr>
              <w:t>và</w:t>
            </w:r>
            <w:proofErr w:type="spellEnd"/>
            <w:r w:rsidRPr="00114A3B">
              <w:rPr>
                <w:rFonts w:ascii="Times New Roman" w:hAnsi="Times New Roman" w:cs="Times New Roman"/>
                <w:color w:val="auto"/>
                <w:spacing w:val="-1"/>
                <w:sz w:val="28"/>
                <w:szCs w:val="28"/>
              </w:rPr>
              <w:t xml:space="preserve"> </w:t>
            </w:r>
            <w:proofErr w:type="spellStart"/>
            <w:r w:rsidRPr="00114A3B">
              <w:rPr>
                <w:rFonts w:ascii="Times New Roman" w:hAnsi="Times New Roman" w:cs="Times New Roman"/>
                <w:color w:val="auto"/>
                <w:sz w:val="28"/>
                <w:szCs w:val="28"/>
              </w:rPr>
              <w:t>khai</w:t>
            </w:r>
            <w:proofErr w:type="spellEnd"/>
            <w:r w:rsidRPr="00114A3B">
              <w:rPr>
                <w:rFonts w:ascii="Times New Roman" w:hAnsi="Times New Roman" w:cs="Times New Roman"/>
                <w:color w:val="auto"/>
                <w:spacing w:val="-2"/>
                <w:sz w:val="28"/>
                <w:szCs w:val="28"/>
              </w:rPr>
              <w:t xml:space="preserve"> </w:t>
            </w:r>
            <w:proofErr w:type="spellStart"/>
            <w:r w:rsidRPr="00114A3B">
              <w:rPr>
                <w:rFonts w:ascii="Times New Roman" w:hAnsi="Times New Roman" w:cs="Times New Roman"/>
                <w:color w:val="auto"/>
                <w:sz w:val="28"/>
                <w:szCs w:val="28"/>
              </w:rPr>
              <w:t>thác</w:t>
            </w:r>
            <w:proofErr w:type="spellEnd"/>
            <w:r w:rsidRPr="00114A3B">
              <w:rPr>
                <w:rFonts w:ascii="Times New Roman" w:hAnsi="Times New Roman" w:cs="Times New Roman"/>
                <w:color w:val="auto"/>
                <w:spacing w:val="-1"/>
                <w:sz w:val="28"/>
                <w:szCs w:val="28"/>
              </w:rPr>
              <w:t xml:space="preserve"> </w:t>
            </w:r>
            <w:r w:rsidRPr="00114A3B">
              <w:rPr>
                <w:rFonts w:ascii="Times New Roman" w:hAnsi="Times New Roman" w:cs="Times New Roman"/>
                <w:color w:val="auto"/>
                <w:sz w:val="28"/>
                <w:szCs w:val="28"/>
              </w:rPr>
              <w:t xml:space="preserve">Trung </w:t>
            </w:r>
            <w:proofErr w:type="spellStart"/>
            <w:r w:rsidRPr="00114A3B">
              <w:rPr>
                <w:rFonts w:ascii="Times New Roman" w:hAnsi="Times New Roman" w:cs="Times New Roman"/>
                <w:color w:val="auto"/>
                <w:sz w:val="28"/>
                <w:szCs w:val="28"/>
              </w:rPr>
              <w:t>tâm</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dữ</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liệu</w:t>
            </w:r>
            <w:bookmarkEnd w:id="1"/>
            <w:proofErr w:type="spellEnd"/>
          </w:p>
          <w:p w14:paraId="6E08380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Tuân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tầng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
          <w:p w14:paraId="4C5B7F4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Bảo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ninh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Luật</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ninh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24/2018/QH14, </w:t>
            </w:r>
            <w:proofErr w:type="spellStart"/>
            <w:r w:rsidRPr="00114A3B">
              <w:rPr>
                <w:rFonts w:ascii="Times New Roman" w:hAnsi="Times New Roman" w:cs="Times New Roman"/>
                <w:b w:val="0"/>
                <w:bCs w:val="0"/>
                <w:color w:val="auto"/>
                <w:sz w:val="28"/>
                <w:szCs w:val="28"/>
              </w:rPr>
              <w:t>Luật</w:t>
            </w:r>
            <w:proofErr w:type="spellEnd"/>
            <w:r w:rsidRPr="00114A3B">
              <w:rPr>
                <w:rFonts w:ascii="Times New Roman" w:hAnsi="Times New Roman" w:cs="Times New Roman"/>
                <w:b w:val="0"/>
                <w:bCs w:val="0"/>
                <w:color w:val="auto"/>
                <w:sz w:val="28"/>
                <w:szCs w:val="28"/>
              </w:rPr>
              <w:t xml:space="preserve"> Bảo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91/2025/QH15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
          <w:p w14:paraId="6D2F7D85"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 ISMS (Information Security Management System)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quốc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tế</w:t>
            </w:r>
            <w:proofErr w:type="spellEnd"/>
            <w:r w:rsidRPr="00114A3B">
              <w:rPr>
                <w:rFonts w:ascii="Times New Roman" w:hAnsi="Times New Roman" w:cs="Times New Roman"/>
                <w:b w:val="0"/>
                <w:bCs w:val="0"/>
                <w:color w:val="auto"/>
                <w:sz w:val="28"/>
                <w:szCs w:val="28"/>
              </w:rPr>
              <w:t xml:space="preserve"> ISO/IEC 27001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
          <w:p w14:paraId="51EF3B45"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4.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nâng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Thông </w:t>
            </w:r>
            <w:proofErr w:type="spellStart"/>
            <w:r w:rsidRPr="00114A3B">
              <w:rPr>
                <w:rFonts w:ascii="Times New Roman" w:hAnsi="Times New Roman" w:cs="Times New Roman"/>
                <w:b w:val="0"/>
                <w:bCs w:val="0"/>
                <w:color w:val="auto"/>
                <w:sz w:val="28"/>
                <w:szCs w:val="28"/>
              </w:rPr>
              <w:t>tư</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42/2025/TT-BKHCN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trưởng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Khoa </w:t>
            </w:r>
            <w:proofErr w:type="spellStart"/>
            <w:r w:rsidRPr="00114A3B">
              <w:rPr>
                <w:rFonts w:ascii="Times New Roman" w:hAnsi="Times New Roman" w:cs="Times New Roman"/>
                <w:b w:val="0"/>
                <w:bCs w:val="0"/>
                <w:color w:val="auto"/>
                <w:sz w:val="28"/>
                <w:szCs w:val="28"/>
              </w:rPr>
              <w:t>học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Công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61C1ABE4"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5.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chia </w:t>
            </w:r>
            <w:proofErr w:type="spellStart"/>
            <w:r w:rsidRPr="00114A3B">
              <w:rPr>
                <w:rFonts w:ascii="Times New Roman" w:hAnsi="Times New Roman" w:cs="Times New Roman"/>
                <w:b w:val="0"/>
                <w:bCs w:val="0"/>
                <w:color w:val="auto"/>
                <w:sz w:val="28"/>
                <w:szCs w:val="28"/>
              </w:rPr>
              <w:t>sẻ</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278/2025/NĐ-CP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chia </w:t>
            </w:r>
            <w:proofErr w:type="spellStart"/>
            <w:r w:rsidRPr="00114A3B">
              <w:rPr>
                <w:rFonts w:ascii="Times New Roman" w:hAnsi="Times New Roman" w:cs="Times New Roman"/>
                <w:b w:val="0"/>
                <w:bCs w:val="0"/>
                <w:color w:val="auto"/>
                <w:sz w:val="28"/>
                <w:szCs w:val="28"/>
              </w:rPr>
              <w:t>sẻ</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bắt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buộc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giữa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thuộc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
          <w:p w14:paraId="5DEC444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6.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chia </w:t>
            </w:r>
            <w:proofErr w:type="spellStart"/>
            <w:r w:rsidRPr="00114A3B">
              <w:rPr>
                <w:rFonts w:ascii="Times New Roman" w:hAnsi="Times New Roman" w:cs="Times New Roman"/>
                <w:b w:val="0"/>
                <w:bCs w:val="0"/>
                <w:color w:val="auto"/>
                <w:sz w:val="28"/>
                <w:szCs w:val="28"/>
              </w:rPr>
              <w:t>sẻ</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thuộc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phạm</w:t>
            </w:r>
            <w:proofErr w:type="spellEnd"/>
            <w:r w:rsidRPr="00114A3B">
              <w:rPr>
                <w:rFonts w:ascii="Times New Roman" w:hAnsi="Times New Roman" w:cs="Times New Roman"/>
                <w:b w:val="0"/>
                <w:bCs w:val="0"/>
                <w:color w:val="auto"/>
                <w:sz w:val="28"/>
                <w:szCs w:val="28"/>
              </w:rPr>
              <w:t xml:space="preserve"> vi </w:t>
            </w:r>
            <w:proofErr w:type="spellStart"/>
            <w:r w:rsidRPr="00114A3B">
              <w:rPr>
                <w:rFonts w:ascii="Times New Roman" w:hAnsi="Times New Roman" w:cs="Times New Roman"/>
                <w:b w:val="0"/>
                <w:bCs w:val="0"/>
                <w:color w:val="auto"/>
                <w:sz w:val="28"/>
                <w:szCs w:val="28"/>
              </w:rPr>
              <w:t>bí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
          <w:p w14:paraId="4C03908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7.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đúng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phép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thuê</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nhưng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tầng</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
          <w:p w14:paraId="3FCCBB93"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8. Kinh </w:t>
            </w:r>
            <w:proofErr w:type="spellStart"/>
            <w:r w:rsidRPr="00114A3B">
              <w:rPr>
                <w:rFonts w:ascii="Times New Roman" w:hAnsi="Times New Roman" w:cs="Times New Roman"/>
                <w:b w:val="0"/>
                <w:bCs w:val="0"/>
                <w:color w:val="auto"/>
                <w:sz w:val="28"/>
                <w:szCs w:val="28"/>
              </w:rPr>
              <w:t>phí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Luật</w:t>
            </w:r>
            <w:proofErr w:type="spellEnd"/>
            <w:r w:rsidRPr="00114A3B">
              <w:rPr>
                <w:rFonts w:ascii="Times New Roman" w:hAnsi="Times New Roman" w:cs="Times New Roman"/>
                <w:b w:val="0"/>
                <w:bCs w:val="0"/>
                <w:color w:val="auto"/>
                <w:sz w:val="28"/>
                <w:szCs w:val="28"/>
              </w:rPr>
              <w:t xml:space="preserve"> Ngân </w:t>
            </w:r>
            <w:proofErr w:type="spellStart"/>
            <w:r w:rsidRPr="00114A3B">
              <w:rPr>
                <w:rFonts w:ascii="Times New Roman" w:hAnsi="Times New Roman" w:cs="Times New Roman"/>
                <w:b w:val="0"/>
                <w:bCs w:val="0"/>
                <w:color w:val="auto"/>
                <w:sz w:val="28"/>
                <w:szCs w:val="28"/>
              </w:rPr>
              <w:t>sách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89/2025/QH15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
        </w:tc>
        <w:tc>
          <w:tcPr>
            <w:tcW w:w="3969" w:type="dxa"/>
          </w:tcPr>
          <w:p w14:paraId="2C44CE25" w14:textId="0D95576B"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Điều này nhằm bảo đảm việc quản lý, khai thác Trung tâm dữ liệu tuân thủ đầy đủ các quy định pháp luật, tiêu chuẩn kỹ thuật, quy chuẩn an toàn thông tin và bảo vệ tài sản công. Quy định này góp phần nâng cao hiệu quả sử dụng tài nguyên, bảo đảm an toàn, bảo mật dữ liệu, đồng thời tạo điều kiện thuận lợi cho việc kết nối, chia sẻ dữ liệu giữa các cơ quan, đơn vị, phù hợp với mục tiêu phát triển chuyển đổi số của thành phố.</w:t>
            </w:r>
          </w:p>
        </w:tc>
      </w:tr>
      <w:tr w:rsidR="00D74C2A" w:rsidRPr="00114A3B" w14:paraId="2C4F776E" w14:textId="77777777" w:rsidTr="00114A3B">
        <w:tc>
          <w:tcPr>
            <w:tcW w:w="1838" w:type="dxa"/>
          </w:tcPr>
          <w:p w14:paraId="6A283E9D"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24F6F723"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7. </w:t>
            </w:r>
            <w:proofErr w:type="spellStart"/>
            <w:r w:rsidRPr="00114A3B">
              <w:rPr>
                <w:rFonts w:ascii="Times New Roman" w:hAnsi="Times New Roman" w:cs="Times New Roman"/>
                <w:color w:val="auto"/>
                <w:sz w:val="28"/>
                <w:szCs w:val="28"/>
              </w:rPr>
              <w:t>Những</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hành</w:t>
            </w:r>
            <w:proofErr w:type="spellEnd"/>
            <w:r w:rsidRPr="00114A3B">
              <w:rPr>
                <w:rFonts w:ascii="Times New Roman" w:hAnsi="Times New Roman" w:cs="Times New Roman"/>
                <w:color w:val="auto"/>
                <w:sz w:val="28"/>
                <w:szCs w:val="28"/>
              </w:rPr>
              <w:t xml:space="preserve"> vi </w:t>
            </w:r>
            <w:proofErr w:type="spellStart"/>
            <w:r w:rsidRPr="00114A3B">
              <w:rPr>
                <w:rFonts w:ascii="Times New Roman" w:hAnsi="Times New Roman" w:cs="Times New Roman"/>
                <w:color w:val="auto"/>
                <w:sz w:val="28"/>
                <w:szCs w:val="28"/>
              </w:rPr>
              <w:t>nghiêm</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cấm</w:t>
            </w:r>
            <w:proofErr w:type="spellEnd"/>
            <w:r w:rsidRPr="00114A3B">
              <w:rPr>
                <w:rFonts w:ascii="Times New Roman" w:hAnsi="Times New Roman" w:cs="Times New Roman"/>
                <w:color w:val="auto"/>
                <w:sz w:val="28"/>
                <w:szCs w:val="28"/>
              </w:rPr>
              <w:t xml:space="preserve"> </w:t>
            </w:r>
          </w:p>
          <w:p w14:paraId="3173B4F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Các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vi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nghiêm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7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Luật</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ninh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116/2025/QH15.</w:t>
            </w:r>
          </w:p>
          <w:p w14:paraId="3EF2F50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ý </w:t>
            </w:r>
            <w:proofErr w:type="spellStart"/>
            <w:r w:rsidRPr="00114A3B">
              <w:rPr>
                <w:rFonts w:ascii="Times New Roman" w:hAnsi="Times New Roman" w:cs="Times New Roman"/>
                <w:b w:val="0"/>
                <w:bCs w:val="0"/>
                <w:color w:val="auto"/>
                <w:sz w:val="28"/>
                <w:szCs w:val="28"/>
              </w:rPr>
              <w:t>đấu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chỉ</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sóng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như</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nội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w:t>
            </w:r>
          </w:p>
          <w:p w14:paraId="09AEB9F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ý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bỏ</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ý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lắp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w:t>
            </w:r>
          </w:p>
          <w:p w14:paraId="0F217AA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4. </w:t>
            </w:r>
            <w:proofErr w:type="spellStart"/>
            <w:r w:rsidRPr="00114A3B">
              <w:rPr>
                <w:rFonts w:ascii="Times New Roman" w:hAnsi="Times New Roman" w:cs="Times New Roman"/>
                <w:b w:val="0"/>
                <w:bCs w:val="0"/>
                <w:color w:val="auto"/>
                <w:sz w:val="28"/>
                <w:szCs w:val="28"/>
              </w:rPr>
              <w:t>Tạo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hại</w:t>
            </w:r>
            <w:proofErr w:type="spellEnd"/>
            <w:r w:rsidRPr="00114A3B">
              <w:rPr>
                <w:rFonts w:ascii="Times New Roman" w:hAnsi="Times New Roman" w:cs="Times New Roman"/>
                <w:b w:val="0"/>
                <w:bCs w:val="0"/>
                <w:color w:val="auto"/>
                <w:sz w:val="28"/>
                <w:szCs w:val="28"/>
              </w:rPr>
              <w:t>.</w:t>
            </w:r>
          </w:p>
          <w:p w14:paraId="126AE915"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5. </w:t>
            </w:r>
            <w:proofErr w:type="spellStart"/>
            <w:r w:rsidRPr="00114A3B">
              <w:rPr>
                <w:rFonts w:ascii="Times New Roman" w:hAnsi="Times New Roman" w:cs="Times New Roman"/>
                <w:b w:val="0"/>
                <w:bCs w:val="0"/>
                <w:color w:val="auto"/>
                <w:sz w:val="28"/>
                <w:szCs w:val="28"/>
              </w:rPr>
              <w:t>Bẻ</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khóa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trộm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cắp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khóa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môi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w:t>
            </w:r>
          </w:p>
          <w:p w14:paraId="2A7C75A4"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6. Các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vi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mất</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môi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w:t>
            </w:r>
          </w:p>
          <w:p w14:paraId="03B9D21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7. Mua </w:t>
            </w:r>
            <w:proofErr w:type="spellStart"/>
            <w:r w:rsidRPr="00114A3B">
              <w:rPr>
                <w:rFonts w:ascii="Times New Roman" w:hAnsi="Times New Roman" w:cs="Times New Roman"/>
                <w:b w:val="0"/>
                <w:bCs w:val="0"/>
                <w:color w:val="auto"/>
                <w:sz w:val="28"/>
                <w:szCs w:val="28"/>
              </w:rPr>
              <w:t>bán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chia </w:t>
            </w:r>
            <w:proofErr w:type="spellStart"/>
            <w:r w:rsidRPr="00114A3B">
              <w:rPr>
                <w:rFonts w:ascii="Times New Roman" w:hAnsi="Times New Roman" w:cs="Times New Roman"/>
                <w:b w:val="0"/>
                <w:bCs w:val="0"/>
                <w:color w:val="auto"/>
                <w:sz w:val="28"/>
                <w:szCs w:val="28"/>
              </w:rPr>
              <w:t>sẻ</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luật</w:t>
            </w:r>
            <w:proofErr w:type="spellEnd"/>
            <w:r w:rsidRPr="00114A3B">
              <w:rPr>
                <w:rFonts w:ascii="Times New Roman" w:hAnsi="Times New Roman" w:cs="Times New Roman"/>
                <w:b w:val="0"/>
                <w:bCs w:val="0"/>
                <w:color w:val="auto"/>
                <w:sz w:val="28"/>
                <w:szCs w:val="28"/>
              </w:rPr>
              <w:t>.</w:t>
            </w:r>
          </w:p>
          <w:p w14:paraId="0ABDC16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8. </w:t>
            </w:r>
            <w:proofErr w:type="spellStart"/>
            <w:r w:rsidRPr="00114A3B">
              <w:rPr>
                <w:rFonts w:ascii="Times New Roman" w:hAnsi="Times New Roman" w:cs="Times New Roman"/>
                <w:b w:val="0"/>
                <w:bCs w:val="0"/>
                <w:color w:val="auto"/>
                <w:sz w:val="28"/>
                <w:szCs w:val="28"/>
              </w:rPr>
              <w:t>Phá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tầng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đoạn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chia </w:t>
            </w:r>
            <w:proofErr w:type="spellStart"/>
            <w:r w:rsidRPr="00114A3B">
              <w:rPr>
                <w:rFonts w:ascii="Times New Roman" w:hAnsi="Times New Roman" w:cs="Times New Roman"/>
                <w:b w:val="0"/>
                <w:bCs w:val="0"/>
                <w:color w:val="auto"/>
                <w:sz w:val="28"/>
                <w:szCs w:val="28"/>
              </w:rPr>
              <w:t>sẻ</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w:t>
            </w:r>
          </w:p>
          <w:p w14:paraId="2CB2633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9.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cắp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khoản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phép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w:t>
            </w:r>
          </w:p>
          <w:p w14:paraId="52950F0B"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10.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mất</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lọt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mất</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ninh</w:t>
            </w:r>
            <w:proofErr w:type="spellEnd"/>
            <w:r w:rsidRPr="00114A3B">
              <w:rPr>
                <w:rFonts w:ascii="Times New Roman" w:hAnsi="Times New Roman" w:cs="Times New Roman"/>
                <w:b w:val="0"/>
                <w:bCs w:val="0"/>
                <w:color w:val="auto"/>
                <w:sz w:val="28"/>
                <w:szCs w:val="28"/>
              </w:rPr>
              <w:t xml:space="preserve">, </w:t>
            </w:r>
            <w:proofErr w:type="gramStart"/>
            <w:r w:rsidRPr="00114A3B">
              <w:rPr>
                <w:rFonts w:ascii="Times New Roman" w:hAnsi="Times New Roman" w:cs="Times New Roman"/>
                <w:b w:val="0"/>
                <w:bCs w:val="0"/>
                <w:color w:val="auto"/>
                <w:sz w:val="28"/>
                <w:szCs w:val="28"/>
              </w:rPr>
              <w:t>an</w:t>
            </w:r>
            <w:proofErr w:type="gram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w:t>
            </w:r>
          </w:p>
        </w:tc>
        <w:tc>
          <w:tcPr>
            <w:tcW w:w="3969" w:type="dxa"/>
          </w:tcPr>
          <w:p w14:paraId="3B6EFF93" w14:textId="3547577F"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 xml:space="preserve">Quy định này nhằm phòng ngừa, ngăn chặn các hành vi vi phạm pháp luật, bảo đảm an toàn, </w:t>
            </w:r>
            <w:proofErr w:type="gramStart"/>
            <w:r>
              <w:rPr>
                <w:rFonts w:ascii="Times New Roman" w:hAnsi="Times New Roman"/>
                <w:sz w:val="28"/>
              </w:rPr>
              <w:t>an</w:t>
            </w:r>
            <w:proofErr w:type="gramEnd"/>
            <w:r>
              <w:rPr>
                <w:rFonts w:ascii="Times New Roman" w:hAnsi="Times New Roman"/>
                <w:sz w:val="28"/>
              </w:rPr>
              <w:t xml:space="preserve"> ninh thông tin, bảo vệ tài sản công và quyền lợi hợp pháp của các tổ chức, cá nhân liên quan. Việc xác định rõ các hành vi nghiêm cấm góp phần nâng cao ý thức tuân thủ, tạo môi trường hoạt động an toàn, minh bạch, đồng thời tăng cường hiệu quả quản lý, vận hành Trung tâm dữ liệu.</w:t>
            </w:r>
          </w:p>
        </w:tc>
      </w:tr>
      <w:tr w:rsidR="00D74C2A" w:rsidRPr="00114A3B" w14:paraId="4975CE91" w14:textId="77777777" w:rsidTr="00114A3B">
        <w:tc>
          <w:tcPr>
            <w:tcW w:w="1838" w:type="dxa"/>
          </w:tcPr>
          <w:p w14:paraId="7FA5864E"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0C1E6C41"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8. Quy </w:t>
            </w:r>
            <w:proofErr w:type="spellStart"/>
            <w:r w:rsidRPr="00114A3B">
              <w:rPr>
                <w:rFonts w:ascii="Times New Roman" w:hAnsi="Times New Roman" w:cs="Times New Roman"/>
                <w:color w:val="auto"/>
                <w:sz w:val="28"/>
                <w:szCs w:val="28"/>
              </w:rPr>
              <w:t>định</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về</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quản</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lý</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khai</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thác</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và</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vận</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hành</w:t>
            </w:r>
            <w:proofErr w:type="spellEnd"/>
            <w:r w:rsidRPr="00114A3B">
              <w:rPr>
                <w:rFonts w:ascii="Times New Roman" w:hAnsi="Times New Roman" w:cs="Times New Roman"/>
                <w:color w:val="auto"/>
                <w:sz w:val="28"/>
                <w:szCs w:val="28"/>
              </w:rPr>
              <w:t xml:space="preserve"> Trung </w:t>
            </w:r>
            <w:proofErr w:type="spellStart"/>
            <w:r w:rsidRPr="00114A3B">
              <w:rPr>
                <w:rFonts w:ascii="Times New Roman" w:hAnsi="Times New Roman" w:cs="Times New Roman"/>
                <w:color w:val="auto"/>
                <w:sz w:val="28"/>
                <w:szCs w:val="28"/>
              </w:rPr>
              <w:t>tâm</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dữ</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liệu</w:t>
            </w:r>
            <w:proofErr w:type="spellEnd"/>
            <w:r w:rsidRPr="00114A3B">
              <w:rPr>
                <w:rFonts w:ascii="Times New Roman" w:hAnsi="Times New Roman" w:cs="Times New Roman"/>
                <w:color w:val="auto"/>
                <w:sz w:val="28"/>
                <w:szCs w:val="28"/>
              </w:rPr>
              <w:t xml:space="preserve"> </w:t>
            </w:r>
          </w:p>
          <w:p w14:paraId="062BAE4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Quy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54CA1AF5"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ổn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suốt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tục</w:t>
            </w:r>
            <w:proofErr w:type="spellEnd"/>
            <w:r w:rsidRPr="00114A3B">
              <w:rPr>
                <w:rFonts w:ascii="Times New Roman" w:hAnsi="Times New Roman" w:cs="Times New Roman"/>
                <w:b w:val="0"/>
                <w:bCs w:val="0"/>
                <w:color w:val="auto"/>
                <w:sz w:val="28"/>
                <w:szCs w:val="28"/>
              </w:rPr>
              <w:t xml:space="preserve"> 24 </w:t>
            </w:r>
            <w:proofErr w:type="spellStart"/>
            <w:r w:rsidRPr="00114A3B">
              <w:rPr>
                <w:rFonts w:ascii="Times New Roman" w:hAnsi="Times New Roman" w:cs="Times New Roman"/>
                <w:b w:val="0"/>
                <w:bCs w:val="0"/>
                <w:color w:val="auto"/>
                <w:sz w:val="28"/>
                <w:szCs w:val="28"/>
              </w:rPr>
              <w:t>giờ</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07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tuần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như</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thiên</w:t>
            </w:r>
            <w:proofErr w:type="spellEnd"/>
            <w:r w:rsidRPr="00114A3B">
              <w:rPr>
                <w:rFonts w:ascii="Times New Roman" w:hAnsi="Times New Roman" w:cs="Times New Roman"/>
                <w:b w:val="0"/>
                <w:bCs w:val="0"/>
                <w:color w:val="auto"/>
                <w:sz w:val="28"/>
                <w:szCs w:val="28"/>
              </w:rPr>
              <w:t xml:space="preserve"> tai, </w:t>
            </w:r>
            <w:proofErr w:type="spellStart"/>
            <w:r w:rsidRPr="00114A3B">
              <w:rPr>
                <w:rFonts w:ascii="Times New Roman" w:hAnsi="Times New Roman" w:cs="Times New Roman"/>
                <w:b w:val="0"/>
                <w:bCs w:val="0"/>
                <w:color w:val="auto"/>
                <w:sz w:val="28"/>
                <w:szCs w:val="28"/>
              </w:rPr>
              <w:t>hỏa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ngoài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soát</w:t>
            </w:r>
            <w:proofErr w:type="spellEnd"/>
            <w:r w:rsidRPr="00114A3B">
              <w:rPr>
                <w:rFonts w:ascii="Times New Roman" w:hAnsi="Times New Roman" w:cs="Times New Roman"/>
                <w:b w:val="0"/>
                <w:bCs w:val="0"/>
                <w:color w:val="auto"/>
                <w:sz w:val="28"/>
                <w:szCs w:val="28"/>
              </w:rPr>
              <w:t xml:space="preserve">; </w:t>
            </w:r>
          </w:p>
          <w:p w14:paraId="68790D2E"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Duy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sát</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01 (</w:t>
            </w:r>
            <w:proofErr w:type="spellStart"/>
            <w:r w:rsidRPr="00114A3B">
              <w:rPr>
                <w:rFonts w:ascii="Times New Roman" w:hAnsi="Times New Roman" w:cs="Times New Roman"/>
                <w:b w:val="0"/>
                <w:bCs w:val="0"/>
                <w:color w:val="auto"/>
                <w:sz w:val="28"/>
                <w:szCs w:val="28"/>
              </w:rPr>
              <w:t>một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02 (</w:t>
            </w:r>
            <w:proofErr w:type="spellStart"/>
            <w:r w:rsidRPr="00114A3B">
              <w:rPr>
                <w:rFonts w:ascii="Times New Roman" w:hAnsi="Times New Roman" w:cs="Times New Roman"/>
                <w:b w:val="0"/>
                <w:bCs w:val="0"/>
                <w:color w:val="auto"/>
                <w:sz w:val="28"/>
                <w:szCs w:val="28"/>
              </w:rPr>
              <w:t>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ngoài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giờ</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nghỉ</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nghỉ</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lễ</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tết</w:t>
            </w:r>
            <w:proofErr w:type="spellEnd"/>
            <w:r w:rsidRPr="00114A3B">
              <w:rPr>
                <w:rFonts w:ascii="Times New Roman" w:hAnsi="Times New Roman" w:cs="Times New Roman"/>
                <w:b w:val="0"/>
                <w:bCs w:val="0"/>
                <w:color w:val="auto"/>
                <w:sz w:val="28"/>
                <w:szCs w:val="28"/>
              </w:rPr>
              <w:t xml:space="preserve">; </w:t>
            </w:r>
          </w:p>
          <w:p w14:paraId="06FB984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c) Trong </w:t>
            </w:r>
            <w:proofErr w:type="spellStart"/>
            <w:r w:rsidRPr="00114A3B">
              <w:rPr>
                <w:rFonts w:ascii="Times New Roman" w:hAnsi="Times New Roman" w:cs="Times New Roman"/>
                <w:b w:val="0"/>
                <w:bCs w:val="0"/>
                <w:color w:val="auto"/>
                <w:sz w:val="28"/>
                <w:szCs w:val="28"/>
              </w:rPr>
              <w:t>quá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nghiêm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nội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
          <w:p w14:paraId="7D0E556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d) Chuyên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ý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ngoài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ý can </w:t>
            </w:r>
            <w:proofErr w:type="spellStart"/>
            <w:r w:rsidRPr="00114A3B">
              <w:rPr>
                <w:rFonts w:ascii="Times New Roman" w:hAnsi="Times New Roman" w:cs="Times New Roman"/>
                <w:b w:val="0"/>
                <w:bCs w:val="0"/>
                <w:color w:val="auto"/>
                <w:sz w:val="28"/>
                <w:szCs w:val="28"/>
              </w:rPr>
              <w:t>thiệp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do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29EE45C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đ) </w:t>
            </w:r>
            <w:proofErr w:type="spellStart"/>
            <w:r w:rsidRPr="00114A3B">
              <w:rPr>
                <w:rFonts w:ascii="Times New Roman" w:hAnsi="Times New Roman" w:cs="Times New Roman"/>
                <w:b w:val="0"/>
                <w:bCs w:val="0"/>
                <w:color w:val="auto"/>
                <w:sz w:val="28"/>
                <w:szCs w:val="28"/>
              </w:rPr>
              <w:t>Quá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nghiệp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môn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chép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sổ</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34F8A21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Quy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tổ</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417007CE"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Tuân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nghiêm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01E8387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Các </w:t>
            </w:r>
            <w:proofErr w:type="spellStart"/>
            <w:r w:rsidRPr="00114A3B">
              <w:rPr>
                <w:rFonts w:ascii="Times New Roman" w:hAnsi="Times New Roman" w:cs="Times New Roman"/>
                <w:b w:val="0"/>
                <w:bCs w:val="0"/>
                <w:color w:val="auto"/>
                <w:sz w:val="28"/>
                <w:szCs w:val="28"/>
              </w:rPr>
              <w:t>tổ</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Giấy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danh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người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chiếu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kèm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44C9E8EB"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c)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mang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thoại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đồng</w:t>
            </w:r>
            <w:proofErr w:type="spellEnd"/>
            <w:r w:rsidRPr="00114A3B">
              <w:rPr>
                <w:rFonts w:ascii="Times New Roman" w:hAnsi="Times New Roman" w:cs="Times New Roman"/>
                <w:b w:val="0"/>
                <w:bCs w:val="0"/>
                <w:color w:val="auto"/>
                <w:sz w:val="28"/>
                <w:szCs w:val="28"/>
              </w:rPr>
              <w:t xml:space="preserve"> ý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tc>
        <w:tc>
          <w:tcPr>
            <w:tcW w:w="3969" w:type="dxa"/>
          </w:tcPr>
          <w:p w14:paraId="10F95D1D" w14:textId="0CF482C0"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 xml:space="preserve">Quy định này nhằm bảo đảm hoạt động của Trung tâm dữ liệu được vận hành liên tục, ổn định, </w:t>
            </w:r>
            <w:proofErr w:type="gramStart"/>
            <w:r>
              <w:rPr>
                <w:rFonts w:ascii="Times New Roman" w:hAnsi="Times New Roman"/>
                <w:sz w:val="28"/>
              </w:rPr>
              <w:t>an</w:t>
            </w:r>
            <w:proofErr w:type="gramEnd"/>
            <w:r>
              <w:rPr>
                <w:rFonts w:ascii="Times New Roman" w:hAnsi="Times New Roman"/>
                <w:sz w:val="28"/>
              </w:rPr>
              <w:t xml:space="preserve"> toàn và bảo mật. Việc quy định rõ trách nhiệm, chế độ trực, quy trình làm việc, kiểm soát ra vào và các yêu cầu đối với nhân viên, tổ chức, cá nhân đến làm việc giúp nâng cao ý thức tuân thủ, phòng ngừa rủi ro, bảo vệ tài sản, dữ liệu và bảo đảm an toàn thông tin trong mọi tình huống.</w:t>
            </w:r>
          </w:p>
        </w:tc>
      </w:tr>
      <w:tr w:rsidR="00D74C2A" w:rsidRPr="00114A3B" w14:paraId="7771868F" w14:textId="77777777" w:rsidTr="00114A3B">
        <w:tc>
          <w:tcPr>
            <w:tcW w:w="1838" w:type="dxa"/>
          </w:tcPr>
          <w:p w14:paraId="478270E2"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723170A1"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9. Cung </w:t>
            </w:r>
            <w:proofErr w:type="spellStart"/>
            <w:r w:rsidRPr="00114A3B">
              <w:rPr>
                <w:rFonts w:ascii="Times New Roman" w:hAnsi="Times New Roman" w:cs="Times New Roman"/>
                <w:color w:val="auto"/>
                <w:sz w:val="28"/>
                <w:szCs w:val="28"/>
              </w:rPr>
              <w:t>cấp</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tiếp</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nhận</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các</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hệ</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thống</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thông</w:t>
            </w:r>
            <w:proofErr w:type="spellEnd"/>
            <w:r w:rsidRPr="00114A3B">
              <w:rPr>
                <w:rFonts w:ascii="Times New Roman" w:hAnsi="Times New Roman" w:cs="Times New Roman"/>
                <w:color w:val="auto"/>
                <w:sz w:val="28"/>
                <w:szCs w:val="28"/>
              </w:rPr>
              <w:t xml:space="preserve"> tin, </w:t>
            </w:r>
            <w:proofErr w:type="spellStart"/>
            <w:r w:rsidRPr="00114A3B">
              <w:rPr>
                <w:rFonts w:ascii="Times New Roman" w:hAnsi="Times New Roman" w:cs="Times New Roman"/>
                <w:color w:val="auto"/>
                <w:sz w:val="28"/>
                <w:szCs w:val="28"/>
              </w:rPr>
              <w:t>cơ</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sở</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dữ</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liệu</w:t>
            </w:r>
            <w:proofErr w:type="spellEnd"/>
            <w:r w:rsidRPr="00114A3B">
              <w:rPr>
                <w:rFonts w:ascii="Times New Roman" w:hAnsi="Times New Roman" w:cs="Times New Roman"/>
                <w:color w:val="auto"/>
                <w:sz w:val="28"/>
                <w:szCs w:val="28"/>
              </w:rPr>
              <w:t xml:space="preserve"> </w:t>
            </w:r>
          </w:p>
          <w:p w14:paraId="6DBACB38"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thẩm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phê</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duyệt</w:t>
            </w:r>
            <w:proofErr w:type="spellEnd"/>
            <w:r w:rsidRPr="00114A3B">
              <w:rPr>
                <w:rFonts w:ascii="Times New Roman" w:hAnsi="Times New Roman" w:cs="Times New Roman"/>
                <w:b w:val="0"/>
                <w:bCs w:val="0"/>
                <w:color w:val="auto"/>
                <w:sz w:val="28"/>
                <w:szCs w:val="28"/>
              </w:rPr>
              <w:t xml:space="preserve">. </w:t>
            </w:r>
          </w:p>
          <w:p w14:paraId="3213119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tầng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gửi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Ủy</w:t>
            </w:r>
            <w:proofErr w:type="spellEnd"/>
            <w:r w:rsidRPr="00114A3B">
              <w:rPr>
                <w:rFonts w:ascii="Times New Roman" w:hAnsi="Times New Roman" w:cs="Times New Roman"/>
                <w:b w:val="0"/>
                <w:bCs w:val="0"/>
                <w:color w:val="auto"/>
                <w:sz w:val="28"/>
                <w:szCs w:val="28"/>
              </w:rPr>
              <w:t xml:space="preserve"> ban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xem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đồng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
          <w:p w14:paraId="2095A2A6" w14:textId="77777777" w:rsidR="004F386E" w:rsidRPr="00114A3B" w:rsidRDefault="009E7DBF" w:rsidP="00114A3B">
            <w:pPr>
              <w:spacing w:before="120" w:after="120" w:line="240" w:lineRule="auto"/>
              <w:jc w:val="both"/>
              <w:rPr>
                <w:rFonts w:ascii="Times New Roman" w:hAnsi="Times New Roman" w:cs="Times New Roman"/>
                <w:sz w:val="28"/>
                <w:szCs w:val="28"/>
              </w:rPr>
            </w:pPr>
            <w:r w:rsidRPr="00114A3B">
              <w:rPr>
                <w:rFonts w:ascii="Times New Roman" w:hAnsi="Times New Roman" w:cs="Times New Roman"/>
                <w:sz w:val="28"/>
                <w:szCs w:val="28"/>
              </w:rPr>
              <w:t xml:space="preserve">3.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đơn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chịu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trách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nhiệm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quản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trị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vận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hành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hệ</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thống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thông</w:t>
            </w:r>
            <w:proofErr w:type="spellEnd"/>
            <w:r w:rsidRPr="00114A3B">
              <w:rPr>
                <w:rFonts w:ascii="Times New Roman" w:hAnsi="Times New Roman" w:cs="Times New Roman"/>
                <w:sz w:val="28"/>
                <w:szCs w:val="28"/>
              </w:rPr>
              <w:t xml:space="preserve"> tin,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sở</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dữ</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liệu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của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đơn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mình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khi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đặt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tại</w:t>
            </w:r>
            <w:proofErr w:type="spellEnd"/>
            <w:r w:rsidRPr="00114A3B">
              <w:rPr>
                <w:rFonts w:ascii="Times New Roman" w:hAnsi="Times New Roman" w:cs="Times New Roman"/>
                <w:sz w:val="28"/>
                <w:szCs w:val="28"/>
              </w:rPr>
              <w:t xml:space="preserve"> Trung </w:t>
            </w:r>
            <w:proofErr w:type="spellStart"/>
            <w:r w:rsidRPr="00114A3B">
              <w:rPr>
                <w:rFonts w:ascii="Times New Roman" w:hAnsi="Times New Roman" w:cs="Times New Roman"/>
                <w:sz w:val="28"/>
                <w:szCs w:val="28"/>
              </w:rPr>
              <w:t>tâm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dữ</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liệu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thực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hiện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từ</w:t>
            </w:r>
            <w:proofErr w:type="spellEnd"/>
            <w:r w:rsidRPr="00114A3B">
              <w:rPr>
                <w:rFonts w:ascii="Times New Roman" w:hAnsi="Times New Roman" w:cs="Times New Roman"/>
                <w:sz w:val="28"/>
                <w:szCs w:val="28"/>
              </w:rPr>
              <w:t xml:space="preserve"> xa </w:t>
            </w:r>
            <w:proofErr w:type="spellStart"/>
            <w:r w:rsidRPr="00114A3B">
              <w:rPr>
                <w:rFonts w:ascii="Times New Roman" w:hAnsi="Times New Roman" w:cs="Times New Roman"/>
                <w:sz w:val="28"/>
                <w:szCs w:val="28"/>
              </w:rPr>
              <w:t>hoặc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trực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tiếp</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đơn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có</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thể</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ủy</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quyền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toàn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bộ</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hoặc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một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phần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nhiệm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vụ</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quản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trị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vận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hành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hệ</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thống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thông</w:t>
            </w:r>
            <w:proofErr w:type="spellEnd"/>
            <w:r w:rsidRPr="00114A3B">
              <w:rPr>
                <w:rFonts w:ascii="Times New Roman" w:hAnsi="Times New Roman" w:cs="Times New Roman"/>
                <w:sz w:val="28"/>
                <w:szCs w:val="28"/>
              </w:rPr>
              <w:t xml:space="preserve"> tin,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sở</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dữ</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liệu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đặt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tại</w:t>
            </w:r>
            <w:proofErr w:type="spellEnd"/>
            <w:r w:rsidRPr="00114A3B">
              <w:rPr>
                <w:rFonts w:ascii="Times New Roman" w:hAnsi="Times New Roman" w:cs="Times New Roman"/>
                <w:sz w:val="28"/>
                <w:szCs w:val="28"/>
              </w:rPr>
              <w:t xml:space="preserve"> Trung </w:t>
            </w:r>
            <w:proofErr w:type="spellStart"/>
            <w:r w:rsidRPr="00114A3B">
              <w:rPr>
                <w:rFonts w:ascii="Times New Roman" w:hAnsi="Times New Roman" w:cs="Times New Roman"/>
                <w:sz w:val="28"/>
                <w:szCs w:val="28"/>
              </w:rPr>
              <w:t>tâm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dữ</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liệu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cho</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quản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lý</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vận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hành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Việc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ủy</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quyền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phải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được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thể</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hiện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trên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văn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bản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ký</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kết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thống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nhất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giữa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hai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bên</w:t>
            </w:r>
            <w:proofErr w:type="spellEnd"/>
            <w:r w:rsidRPr="00114A3B">
              <w:rPr>
                <w:rFonts w:ascii="Times New Roman" w:hAnsi="Times New Roman" w:cs="Times New Roman"/>
                <w:sz w:val="28"/>
                <w:szCs w:val="28"/>
              </w:rPr>
              <w:t>.</w:t>
            </w:r>
          </w:p>
        </w:tc>
        <w:tc>
          <w:tcPr>
            <w:tcW w:w="3969" w:type="dxa"/>
          </w:tcPr>
          <w:p w14:paraId="278D6BE9" w14:textId="1B48AA89" w:rsidR="00FE250A" w:rsidRPr="00114A3B" w:rsidRDefault="00FE250A" w:rsidP="00114A3B">
            <w:pPr>
              <w:jc w:val="both"/>
              <w:rPr>
                <w:rFonts w:ascii="Times New Roman" w:hAnsi="Times New Roman" w:cs="Times New Roman"/>
                <w:sz w:val="28"/>
                <w:szCs w:val="28"/>
              </w:rPr>
            </w:pPr>
            <w:r>
              <w:rPr>
                <w:rFonts w:ascii="Times New Roman" w:hAnsi="Times New Roman"/>
                <w:sz w:val="28"/>
              </w:rPr>
              <w:t>Điều này được xây dựng nhằm bảo đảm quy trình phối hợp chặt chẽ, xác định rõ trách nhiệm giữa các đơn vị khi cung cấp, tiếp nhận, vận hành hệ thống thông tin, cơ sở dữ liệu tại Trung tâm dữ liệu. Quy định này góp phần nâng cao tính hợp pháp, khả năng truy xuất, bảo đảm an toàn thông tin và duy trì hoạt động ổn định, hiệu quả của các hệ thống đặt tại Trung tâm dữ liệu.</w:t>
            </w:r>
          </w:p>
        </w:tc>
      </w:tr>
      <w:tr w:rsidR="00D74C2A" w:rsidRPr="00114A3B" w14:paraId="279678B7" w14:textId="77777777" w:rsidTr="00114A3B">
        <w:tc>
          <w:tcPr>
            <w:tcW w:w="1838" w:type="dxa"/>
          </w:tcPr>
          <w:p w14:paraId="59440FA3"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2318CB70"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10. Quản </w:t>
            </w:r>
            <w:proofErr w:type="spellStart"/>
            <w:r w:rsidRPr="00114A3B">
              <w:rPr>
                <w:rFonts w:ascii="Times New Roman" w:hAnsi="Times New Roman" w:cs="Times New Roman"/>
                <w:color w:val="auto"/>
                <w:sz w:val="28"/>
                <w:szCs w:val="28"/>
              </w:rPr>
              <w:t>lý</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trang</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thiết</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bị</w:t>
            </w:r>
            <w:proofErr w:type="spellEnd"/>
            <w:r w:rsidRPr="00114A3B">
              <w:rPr>
                <w:rFonts w:ascii="Times New Roman" w:hAnsi="Times New Roman" w:cs="Times New Roman"/>
                <w:color w:val="auto"/>
                <w:sz w:val="28"/>
                <w:szCs w:val="28"/>
              </w:rPr>
              <w:t xml:space="preserve"> </w:t>
            </w:r>
          </w:p>
          <w:p w14:paraId="09415EC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đúng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
          <w:p w14:paraId="2BDCEE8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tổng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
          <w:p w14:paraId="55B67CE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nâng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chữa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hỏng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bởi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nguồn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hằng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
          <w:p w14:paraId="54E303B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4. Trường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hỏng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trọng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hưởng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nhanh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chóng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kịp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
          <w:p w14:paraId="24131E43"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5. </w:t>
            </w:r>
            <w:proofErr w:type="spellStart"/>
            <w:r w:rsidRPr="00114A3B">
              <w:rPr>
                <w:rFonts w:ascii="Times New Roman" w:hAnsi="Times New Roman" w:cs="Times New Roman"/>
                <w:b w:val="0"/>
                <w:bCs w:val="0"/>
                <w:color w:val="auto"/>
                <w:sz w:val="28"/>
                <w:szCs w:val="28"/>
              </w:rPr>
              <w:t>Ghi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người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lỗi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nhằm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giúp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
        </w:tc>
        <w:tc>
          <w:tcPr>
            <w:tcW w:w="3969" w:type="dxa"/>
          </w:tcPr>
          <w:p w14:paraId="0C7CB773" w14:textId="4DC318BE" w:rsidR="00FE250A" w:rsidRPr="00756AE7" w:rsidRDefault="00FE250A" w:rsidP="00114A3B">
            <w:pPr>
              <w:jc w:val="both"/>
              <w:rPr>
                <w:rFonts w:ascii="Times New Roman" w:hAnsi="Times New Roman" w:cs="Times New Roman"/>
                <w:sz w:val="28"/>
                <w:szCs w:val="28"/>
                <w:highlight w:val="yellow"/>
              </w:rPr>
            </w:pPr>
            <w:r>
              <w:rPr>
                <w:rFonts w:ascii="Times New Roman" w:hAnsi="Times New Roman"/>
                <w:sz w:val="28"/>
              </w:rPr>
              <w:t>Quy định này nhằm bảo đảm việc quản lý, sử dụng, bảo trì, sửa chữa và thay thế trang thiết bị tại Trung tâm dữ liệu được thực hiện đúng quy trình, tiêu chuẩn kỹ thuật. Việc ghi nhật ký, lưu trữ thông tin về hoạt động, sự cố thiết bị góp phần nâng cao khả năng truy xuất, kiểm soát, phòng ngừa rủi ro và bảo đảm vận hành liên tục, hiệu quả.</w:t>
            </w:r>
          </w:p>
        </w:tc>
      </w:tr>
      <w:tr w:rsidR="00D74C2A" w:rsidRPr="00114A3B" w14:paraId="021F840E" w14:textId="77777777" w:rsidTr="00114A3B">
        <w:tc>
          <w:tcPr>
            <w:tcW w:w="1838" w:type="dxa"/>
          </w:tcPr>
          <w:p w14:paraId="52A1D853"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25F4CBCF"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11. Quản </w:t>
            </w:r>
            <w:proofErr w:type="spellStart"/>
            <w:r w:rsidRPr="00114A3B">
              <w:rPr>
                <w:rFonts w:ascii="Times New Roman" w:hAnsi="Times New Roman" w:cs="Times New Roman"/>
                <w:color w:val="auto"/>
                <w:sz w:val="28"/>
                <w:szCs w:val="28"/>
              </w:rPr>
              <w:t>lý</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các</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hệ</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thống</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thông</w:t>
            </w:r>
            <w:proofErr w:type="spellEnd"/>
            <w:r w:rsidRPr="00114A3B">
              <w:rPr>
                <w:rFonts w:ascii="Times New Roman" w:hAnsi="Times New Roman" w:cs="Times New Roman"/>
                <w:color w:val="auto"/>
                <w:sz w:val="28"/>
                <w:szCs w:val="28"/>
              </w:rPr>
              <w:t xml:space="preserve"> tin, </w:t>
            </w:r>
            <w:proofErr w:type="spellStart"/>
            <w:r w:rsidRPr="00114A3B">
              <w:rPr>
                <w:rFonts w:ascii="Times New Roman" w:hAnsi="Times New Roman" w:cs="Times New Roman"/>
                <w:color w:val="auto"/>
                <w:sz w:val="28"/>
                <w:szCs w:val="28"/>
              </w:rPr>
              <w:t>cơ</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sở</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dữ</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liệu</w:t>
            </w:r>
            <w:proofErr w:type="spellEnd"/>
            <w:r w:rsidRPr="00114A3B">
              <w:rPr>
                <w:rFonts w:ascii="Times New Roman" w:hAnsi="Times New Roman" w:cs="Times New Roman"/>
                <w:color w:val="auto"/>
                <w:sz w:val="28"/>
                <w:szCs w:val="28"/>
              </w:rPr>
              <w:t xml:space="preserve"> </w:t>
            </w:r>
          </w:p>
          <w:p w14:paraId="3B3B8E0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Danh </w:t>
            </w:r>
            <w:proofErr w:type="spellStart"/>
            <w:r w:rsidRPr="00114A3B">
              <w:rPr>
                <w:rFonts w:ascii="Times New Roman" w:hAnsi="Times New Roman" w:cs="Times New Roman"/>
                <w:b w:val="0"/>
                <w:bCs w:val="0"/>
                <w:color w:val="auto"/>
                <w:sz w:val="28"/>
                <w:szCs w:val="28"/>
              </w:rPr>
              <w:t>sách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gồm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trọng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đích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phạm</w:t>
            </w:r>
            <w:proofErr w:type="spellEnd"/>
            <w:r w:rsidRPr="00114A3B">
              <w:rPr>
                <w:rFonts w:ascii="Times New Roman" w:hAnsi="Times New Roman" w:cs="Times New Roman"/>
                <w:b w:val="0"/>
                <w:bCs w:val="0"/>
                <w:color w:val="auto"/>
                <w:sz w:val="28"/>
                <w:szCs w:val="28"/>
              </w:rPr>
              <w:t xml:space="preserve"> vi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giữ</w:t>
            </w:r>
            <w:proofErr w:type="spellEnd"/>
            <w:r w:rsidRPr="00114A3B">
              <w:rPr>
                <w:rFonts w:ascii="Times New Roman" w:hAnsi="Times New Roman" w:cs="Times New Roman"/>
                <w:b w:val="0"/>
                <w:bCs w:val="0"/>
                <w:color w:val="auto"/>
                <w:sz w:val="28"/>
                <w:szCs w:val="28"/>
              </w:rPr>
              <w:t xml:space="preserve">. </w:t>
            </w:r>
          </w:p>
          <w:p w14:paraId="76C392F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loại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rủi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vẹn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sẵn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sàng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
          <w:p w14:paraId="47EA802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Các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đúng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luật</w:t>
            </w:r>
            <w:proofErr w:type="spellEnd"/>
            <w:r w:rsidRPr="00114A3B">
              <w:rPr>
                <w:rFonts w:ascii="Times New Roman" w:hAnsi="Times New Roman" w:cs="Times New Roman"/>
                <w:b w:val="0"/>
                <w:bCs w:val="0"/>
                <w:color w:val="auto"/>
                <w:sz w:val="28"/>
                <w:szCs w:val="28"/>
              </w:rPr>
              <w:t xml:space="preserve">. </w:t>
            </w:r>
          </w:p>
          <w:p w14:paraId="0A42167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4. Cài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246531C5"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hồ</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thẩm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phê</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duyệt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5933182C" w14:textId="77777777" w:rsidR="004F386E" w:rsidRPr="00114A3B" w:rsidRDefault="009E7DBF" w:rsidP="00114A3B">
            <w:pPr>
              <w:spacing w:before="120" w:after="120" w:line="240" w:lineRule="auto"/>
              <w:jc w:val="both"/>
              <w:rPr>
                <w:rFonts w:ascii="Times New Roman" w:hAnsi="Times New Roman" w:cs="Times New Roman"/>
                <w:sz w:val="28"/>
                <w:szCs w:val="28"/>
              </w:rPr>
            </w:pPr>
            <w:r w:rsidRPr="00114A3B">
              <w:rPr>
                <w:rFonts w:ascii="Times New Roman" w:hAnsi="Times New Roman" w:cs="Times New Roman"/>
                <w:sz w:val="28"/>
                <w:szCs w:val="28"/>
              </w:rPr>
              <w:t xml:space="preserve">b) </w:t>
            </w:r>
            <w:proofErr w:type="spellStart"/>
            <w:r w:rsidRPr="00114A3B">
              <w:rPr>
                <w:rFonts w:ascii="Times New Roman" w:hAnsi="Times New Roman" w:cs="Times New Roman"/>
                <w:sz w:val="28"/>
                <w:szCs w:val="28"/>
              </w:rPr>
              <w:t>Đối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với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hệ</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thống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thông</w:t>
            </w:r>
            <w:proofErr w:type="spellEnd"/>
            <w:r w:rsidRPr="00114A3B">
              <w:rPr>
                <w:rFonts w:ascii="Times New Roman" w:hAnsi="Times New Roman" w:cs="Times New Roman"/>
                <w:sz w:val="28"/>
                <w:szCs w:val="28"/>
              </w:rPr>
              <w:t xml:space="preserve"> tin,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sở</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dữ</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liệu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đang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sử</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dụng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tại</w:t>
            </w:r>
            <w:proofErr w:type="spellEnd"/>
            <w:r w:rsidRPr="00114A3B">
              <w:rPr>
                <w:rFonts w:ascii="Times New Roman" w:hAnsi="Times New Roman" w:cs="Times New Roman"/>
                <w:sz w:val="28"/>
                <w:szCs w:val="28"/>
              </w:rPr>
              <w:t xml:space="preserve"> Trung </w:t>
            </w:r>
            <w:proofErr w:type="spellStart"/>
            <w:r w:rsidRPr="00114A3B">
              <w:rPr>
                <w:rFonts w:ascii="Times New Roman" w:hAnsi="Times New Roman" w:cs="Times New Roman"/>
                <w:sz w:val="28"/>
                <w:szCs w:val="28"/>
              </w:rPr>
              <w:t>tâm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dữ</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liệu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đơn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chịu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trách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nhiệm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thường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xuyên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cập</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nhật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thông</w:t>
            </w:r>
            <w:proofErr w:type="spellEnd"/>
            <w:r w:rsidRPr="00114A3B">
              <w:rPr>
                <w:rFonts w:ascii="Times New Roman" w:hAnsi="Times New Roman" w:cs="Times New Roman"/>
                <w:sz w:val="28"/>
                <w:szCs w:val="28"/>
              </w:rPr>
              <w:t xml:space="preserve"> tin, </w:t>
            </w:r>
            <w:proofErr w:type="spellStart"/>
            <w:r w:rsidRPr="00114A3B">
              <w:rPr>
                <w:rFonts w:ascii="Times New Roman" w:hAnsi="Times New Roman" w:cs="Times New Roman"/>
                <w:sz w:val="28"/>
                <w:szCs w:val="28"/>
              </w:rPr>
              <w:t>nội</w:t>
            </w:r>
            <w:proofErr w:type="spellEnd"/>
            <w:r w:rsidRPr="00114A3B">
              <w:rPr>
                <w:rFonts w:ascii="Times New Roman" w:hAnsi="Times New Roman" w:cs="Times New Roman"/>
                <w:sz w:val="28"/>
                <w:szCs w:val="28"/>
              </w:rPr>
              <w:t xml:space="preserve"> dung </w:t>
            </w:r>
            <w:proofErr w:type="spellStart"/>
            <w:r w:rsidRPr="00114A3B">
              <w:rPr>
                <w:rFonts w:ascii="Times New Roman" w:hAnsi="Times New Roman" w:cs="Times New Roman"/>
                <w:sz w:val="28"/>
                <w:szCs w:val="28"/>
              </w:rPr>
              <w:t>thông</w:t>
            </w:r>
            <w:proofErr w:type="spellEnd"/>
            <w:r w:rsidRPr="00114A3B">
              <w:rPr>
                <w:rFonts w:ascii="Times New Roman" w:hAnsi="Times New Roman" w:cs="Times New Roman"/>
                <w:sz w:val="28"/>
                <w:szCs w:val="28"/>
              </w:rPr>
              <w:t xml:space="preserve"> tin </w:t>
            </w:r>
            <w:proofErr w:type="spellStart"/>
            <w:r w:rsidRPr="00114A3B">
              <w:rPr>
                <w:rFonts w:ascii="Times New Roman" w:hAnsi="Times New Roman" w:cs="Times New Roman"/>
                <w:sz w:val="28"/>
                <w:szCs w:val="28"/>
              </w:rPr>
              <w:t>của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hệ</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thống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lastRenderedPageBreak/>
              <w:t>thông</w:t>
            </w:r>
            <w:proofErr w:type="spellEnd"/>
            <w:r w:rsidRPr="00114A3B">
              <w:rPr>
                <w:rFonts w:ascii="Times New Roman" w:hAnsi="Times New Roman" w:cs="Times New Roman"/>
                <w:sz w:val="28"/>
                <w:szCs w:val="28"/>
              </w:rPr>
              <w:t xml:space="preserve"> tin,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sở</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dữ</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liệu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của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quan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đơn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mình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cung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cấp</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thông</w:t>
            </w:r>
            <w:proofErr w:type="spellEnd"/>
            <w:r w:rsidRPr="00114A3B">
              <w:rPr>
                <w:rFonts w:ascii="Times New Roman" w:hAnsi="Times New Roman" w:cs="Times New Roman"/>
                <w:sz w:val="28"/>
                <w:szCs w:val="28"/>
              </w:rPr>
              <w:t xml:space="preserve"> tin </w:t>
            </w:r>
            <w:proofErr w:type="spellStart"/>
            <w:r w:rsidRPr="00114A3B">
              <w:rPr>
                <w:rFonts w:ascii="Times New Roman" w:hAnsi="Times New Roman" w:cs="Times New Roman"/>
                <w:sz w:val="28"/>
                <w:szCs w:val="28"/>
              </w:rPr>
              <w:t>ra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ngoài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phải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đảm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bảo</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yêu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cầu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về</w:t>
            </w:r>
            <w:proofErr w:type="spellEnd"/>
            <w:r w:rsidRPr="00114A3B">
              <w:rPr>
                <w:rFonts w:ascii="Times New Roman" w:hAnsi="Times New Roman" w:cs="Times New Roman"/>
                <w:sz w:val="28"/>
                <w:szCs w:val="28"/>
              </w:rPr>
              <w:t xml:space="preserve"> an </w:t>
            </w:r>
            <w:proofErr w:type="spellStart"/>
            <w:r w:rsidRPr="00114A3B">
              <w:rPr>
                <w:rFonts w:ascii="Times New Roman" w:hAnsi="Times New Roman" w:cs="Times New Roman"/>
                <w:sz w:val="28"/>
                <w:szCs w:val="28"/>
              </w:rPr>
              <w:t>toàn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bảo</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mật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phạm</w:t>
            </w:r>
            <w:proofErr w:type="spellEnd"/>
            <w:r w:rsidRPr="00114A3B">
              <w:rPr>
                <w:rFonts w:ascii="Times New Roman" w:hAnsi="Times New Roman" w:cs="Times New Roman"/>
                <w:sz w:val="28"/>
                <w:szCs w:val="28"/>
              </w:rPr>
              <w:t xml:space="preserve"> vi </w:t>
            </w:r>
            <w:proofErr w:type="spellStart"/>
            <w:r w:rsidRPr="00114A3B">
              <w:rPr>
                <w:rFonts w:ascii="Times New Roman" w:hAnsi="Times New Roman" w:cs="Times New Roman"/>
                <w:sz w:val="28"/>
                <w:szCs w:val="28"/>
              </w:rPr>
              <w:t>cung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cấp</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thông</w:t>
            </w:r>
            <w:proofErr w:type="spellEnd"/>
            <w:r w:rsidRPr="00114A3B">
              <w:rPr>
                <w:rFonts w:ascii="Times New Roman" w:hAnsi="Times New Roman" w:cs="Times New Roman"/>
                <w:sz w:val="28"/>
                <w:szCs w:val="28"/>
              </w:rPr>
              <w:t xml:space="preserve"> tin, </w:t>
            </w:r>
            <w:proofErr w:type="spellStart"/>
            <w:r w:rsidRPr="00114A3B">
              <w:rPr>
                <w:rFonts w:ascii="Times New Roman" w:hAnsi="Times New Roman" w:cs="Times New Roman"/>
                <w:sz w:val="28"/>
                <w:szCs w:val="28"/>
              </w:rPr>
              <w:t>tính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đúng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đắn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hợp</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pháp</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của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thông</w:t>
            </w:r>
            <w:proofErr w:type="spellEnd"/>
            <w:r w:rsidRPr="00114A3B">
              <w:rPr>
                <w:rFonts w:ascii="Times New Roman" w:hAnsi="Times New Roman" w:cs="Times New Roman"/>
                <w:sz w:val="28"/>
                <w:szCs w:val="28"/>
              </w:rPr>
              <w:t xml:space="preserve"> tin; </w:t>
            </w:r>
            <w:proofErr w:type="spellStart"/>
            <w:r w:rsidRPr="00114A3B">
              <w:rPr>
                <w:rFonts w:ascii="Times New Roman" w:hAnsi="Times New Roman" w:cs="Times New Roman"/>
                <w:sz w:val="28"/>
                <w:szCs w:val="28"/>
              </w:rPr>
              <w:t>thường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xuyên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cập</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nhật</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bản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vá</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lỗi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đối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với</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hệ</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điều</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hành</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các</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phần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mềm</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nền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tảng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hệ</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thống</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mã</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nguồn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theo</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khuyến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nghị</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của</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nhà</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sản</w:t>
            </w:r>
            <w:proofErr w:type="spellEnd"/>
            <w:r w:rsidRPr="00114A3B">
              <w:rPr>
                <w:rFonts w:ascii="Times New Roman" w:hAnsi="Times New Roman" w:cs="Times New Roman"/>
                <w:sz w:val="28"/>
                <w:szCs w:val="28"/>
              </w:rPr>
              <w:t xml:space="preserve"> </w:t>
            </w:r>
            <w:proofErr w:type="spellStart"/>
            <w:r w:rsidRPr="00114A3B">
              <w:rPr>
                <w:rFonts w:ascii="Times New Roman" w:hAnsi="Times New Roman" w:cs="Times New Roman"/>
                <w:sz w:val="28"/>
                <w:szCs w:val="28"/>
              </w:rPr>
              <w:t>xuất</w:t>
            </w:r>
            <w:proofErr w:type="spellEnd"/>
            <w:r w:rsidRPr="00114A3B">
              <w:rPr>
                <w:rFonts w:ascii="Times New Roman" w:hAnsi="Times New Roman" w:cs="Times New Roman"/>
                <w:sz w:val="28"/>
                <w:szCs w:val="28"/>
              </w:rPr>
              <w:t>.</w:t>
            </w:r>
          </w:p>
        </w:tc>
        <w:tc>
          <w:tcPr>
            <w:tcW w:w="3969" w:type="dxa"/>
          </w:tcPr>
          <w:p w14:paraId="18334660" w14:textId="50991C18"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Điều này được xây dựng nhằm bảo đảm việc quản lý, khai thác, sử dụng các hệ thống thông tin, cơ sở dữ liệu tại Trung tâm dữ liệu tuân thủ quy định pháp luật, bảo đảm an toàn, bảo mật, tính hợp pháp và khả năng truy xuất. Việc phân loại, đánh giá rủi ro, cập nhật bản quyền, kiểm tra an toàn thông tin góp phần nâng cao hiệu quả quản lý, phòng ngừa sự cố và bảo vệ tài sản số.</w:t>
            </w:r>
          </w:p>
        </w:tc>
      </w:tr>
      <w:tr w:rsidR="00D74C2A" w:rsidRPr="00114A3B" w14:paraId="6B092603" w14:textId="77777777" w:rsidTr="00114A3B">
        <w:tc>
          <w:tcPr>
            <w:tcW w:w="1838" w:type="dxa"/>
          </w:tcPr>
          <w:p w14:paraId="0E19C2E3"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0D5641FB"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12. Quản </w:t>
            </w:r>
            <w:proofErr w:type="spellStart"/>
            <w:r w:rsidRPr="00114A3B">
              <w:rPr>
                <w:rFonts w:ascii="Times New Roman" w:hAnsi="Times New Roman" w:cs="Times New Roman"/>
                <w:color w:val="auto"/>
                <w:sz w:val="28"/>
                <w:szCs w:val="28"/>
              </w:rPr>
              <w:t>lý</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hồ</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sơ</w:t>
            </w:r>
            <w:proofErr w:type="spellEnd"/>
            <w:r w:rsidRPr="00114A3B">
              <w:rPr>
                <w:rFonts w:ascii="Times New Roman" w:hAnsi="Times New Roman" w:cs="Times New Roman"/>
                <w:color w:val="auto"/>
                <w:sz w:val="28"/>
                <w:szCs w:val="28"/>
              </w:rPr>
              <w:t xml:space="preserve"> </w:t>
            </w:r>
          </w:p>
          <w:p w14:paraId="412DF78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Danh </w:t>
            </w:r>
            <w:proofErr w:type="spellStart"/>
            <w:r w:rsidRPr="00114A3B">
              <w:rPr>
                <w:rFonts w:ascii="Times New Roman" w:hAnsi="Times New Roman" w:cs="Times New Roman"/>
                <w:b w:val="0"/>
                <w:bCs w:val="0"/>
                <w:color w:val="auto"/>
                <w:sz w:val="28"/>
                <w:szCs w:val="28"/>
              </w:rPr>
              <w:t>sách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loại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hồ</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
          <w:p w14:paraId="1B7EACF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Các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65BF852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w:t>
            </w:r>
            <w:proofErr w:type="spellStart"/>
            <w:r w:rsidRPr="00114A3B">
              <w:rPr>
                <w:rFonts w:ascii="Times New Roman" w:hAnsi="Times New Roman" w:cs="Times New Roman"/>
                <w:b w:val="0"/>
                <w:bCs w:val="0"/>
                <w:color w:val="auto"/>
                <w:sz w:val="28"/>
                <w:szCs w:val="28"/>
              </w:rPr>
              <w:t>Hồ</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thuyết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
          <w:p w14:paraId="7F6342A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c) </w:t>
            </w:r>
            <w:proofErr w:type="spellStart"/>
            <w:r w:rsidRPr="00114A3B">
              <w:rPr>
                <w:rFonts w:ascii="Times New Roman" w:hAnsi="Times New Roman" w:cs="Times New Roman"/>
                <w:b w:val="0"/>
                <w:bCs w:val="0"/>
                <w:color w:val="auto"/>
                <w:sz w:val="28"/>
                <w:szCs w:val="28"/>
              </w:rPr>
              <w:t>Hồ</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
          <w:p w14:paraId="1E01616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d) </w:t>
            </w:r>
            <w:proofErr w:type="spellStart"/>
            <w:r w:rsidRPr="00114A3B">
              <w:rPr>
                <w:rFonts w:ascii="Times New Roman" w:hAnsi="Times New Roman" w:cs="Times New Roman"/>
                <w:b w:val="0"/>
                <w:bCs w:val="0"/>
                <w:color w:val="auto"/>
                <w:sz w:val="28"/>
                <w:szCs w:val="28"/>
              </w:rPr>
              <w:t>Hồ</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hàng</w:t>
            </w:r>
            <w:proofErr w:type="spellEnd"/>
            <w:r w:rsidRPr="00114A3B">
              <w:rPr>
                <w:rFonts w:ascii="Times New Roman" w:hAnsi="Times New Roman" w:cs="Times New Roman"/>
                <w:b w:val="0"/>
                <w:bCs w:val="0"/>
                <w:color w:val="auto"/>
                <w:sz w:val="28"/>
                <w:szCs w:val="28"/>
              </w:rPr>
              <w:t xml:space="preserve">; </w:t>
            </w:r>
          </w:p>
          <w:p w14:paraId="3601963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đ) </w:t>
            </w:r>
            <w:proofErr w:type="spellStart"/>
            <w:r w:rsidRPr="00114A3B">
              <w:rPr>
                <w:rFonts w:ascii="Times New Roman" w:hAnsi="Times New Roman" w:cs="Times New Roman"/>
                <w:b w:val="0"/>
                <w:bCs w:val="0"/>
                <w:color w:val="auto"/>
                <w:sz w:val="28"/>
                <w:szCs w:val="28"/>
              </w:rPr>
              <w:t>Bảng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kê</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danh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danh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hỏng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khấu</w:t>
            </w:r>
            <w:proofErr w:type="spellEnd"/>
            <w:r w:rsidRPr="00114A3B">
              <w:rPr>
                <w:rFonts w:ascii="Times New Roman" w:hAnsi="Times New Roman" w:cs="Times New Roman"/>
                <w:b w:val="0"/>
                <w:bCs w:val="0"/>
                <w:color w:val="auto"/>
                <w:sz w:val="28"/>
                <w:szCs w:val="28"/>
              </w:rPr>
              <w:t xml:space="preserve"> hao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chờ</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hủy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
          <w:p w14:paraId="75EB820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e) Tài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
          <w:p w14:paraId="66E7670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g) Các </w:t>
            </w:r>
            <w:proofErr w:type="spellStart"/>
            <w:r w:rsidRPr="00114A3B">
              <w:rPr>
                <w:rFonts w:ascii="Times New Roman" w:hAnsi="Times New Roman" w:cs="Times New Roman"/>
                <w:b w:val="0"/>
                <w:bCs w:val="0"/>
                <w:color w:val="auto"/>
                <w:sz w:val="28"/>
                <w:szCs w:val="28"/>
              </w:rPr>
              <w:t>hồ</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
          <w:p w14:paraId="5667A14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Hồ</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bằng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tập</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
          <w:p w14:paraId="60A3DE30"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3969" w:type="dxa"/>
          </w:tcPr>
          <w:p w14:paraId="098FC1C4" w14:textId="1CD7B437" w:rsidR="00FE250A" w:rsidRPr="00114A3B" w:rsidRDefault="00FE250A" w:rsidP="00114A3B">
            <w:pPr>
              <w:jc w:val="both"/>
              <w:rPr>
                <w:rFonts w:ascii="Times New Roman" w:hAnsi="Times New Roman" w:cs="Times New Roman"/>
                <w:sz w:val="28"/>
                <w:szCs w:val="28"/>
              </w:rPr>
            </w:pPr>
            <w:r>
              <w:rPr>
                <w:rFonts w:ascii="Times New Roman" w:hAnsi="Times New Roman"/>
                <w:sz w:val="28"/>
              </w:rPr>
              <w:t>Quy định này nhằm bảo đảm việc quản lý, lưu trữ, truy xuất hồ sơ tại Trung tâm dữ liệu được thực hiện đầy đủ, hợp pháp, phục vụ công tác kiểm tra, giám sát, đánh giá và xử lý sự cố. Việc cập nhật, lưu trữ hồ sơ góp phần nâng cao tính minh bạch, trách nhiệm và hiệu quả quản lý, vận hành hệ thống.</w:t>
            </w:r>
          </w:p>
        </w:tc>
      </w:tr>
      <w:tr w:rsidR="00D74C2A" w:rsidRPr="00114A3B" w14:paraId="35E67D60" w14:textId="77777777" w:rsidTr="00114A3B">
        <w:tc>
          <w:tcPr>
            <w:tcW w:w="1838" w:type="dxa"/>
          </w:tcPr>
          <w:p w14:paraId="59042891"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0F9516AC"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13. Quản </w:t>
            </w:r>
            <w:proofErr w:type="spellStart"/>
            <w:r w:rsidRPr="00114A3B">
              <w:rPr>
                <w:rFonts w:ascii="Times New Roman" w:hAnsi="Times New Roman" w:cs="Times New Roman"/>
                <w:color w:val="auto"/>
                <w:sz w:val="28"/>
                <w:szCs w:val="28"/>
              </w:rPr>
              <w:t>lý</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mật</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khẩu</w:t>
            </w:r>
            <w:proofErr w:type="spellEnd"/>
            <w:r w:rsidRPr="00114A3B">
              <w:rPr>
                <w:rFonts w:ascii="Times New Roman" w:hAnsi="Times New Roman" w:cs="Times New Roman"/>
                <w:color w:val="auto"/>
                <w:sz w:val="28"/>
                <w:szCs w:val="28"/>
              </w:rPr>
              <w:t xml:space="preserve"> </w:t>
            </w:r>
          </w:p>
          <w:p w14:paraId="65938FB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kèm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trọng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phương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bước</w:t>
            </w:r>
            <w:proofErr w:type="spellEnd"/>
            <w:r w:rsidRPr="00114A3B">
              <w:rPr>
                <w:rFonts w:ascii="Times New Roman" w:hAnsi="Times New Roman" w:cs="Times New Roman"/>
                <w:b w:val="0"/>
                <w:bCs w:val="0"/>
                <w:color w:val="auto"/>
                <w:sz w:val="28"/>
                <w:szCs w:val="28"/>
              </w:rPr>
              <w:t xml:space="preserve">.  </w:t>
            </w:r>
          </w:p>
          <w:p w14:paraId="68FD210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Người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vòng</w:t>
            </w:r>
            <w:proofErr w:type="spellEnd"/>
            <w:r w:rsidRPr="00114A3B">
              <w:rPr>
                <w:rFonts w:ascii="Times New Roman" w:hAnsi="Times New Roman" w:cs="Times New Roman"/>
                <w:b w:val="0"/>
                <w:bCs w:val="0"/>
                <w:color w:val="auto"/>
                <w:sz w:val="28"/>
                <w:szCs w:val="28"/>
              </w:rPr>
              <w:t xml:space="preserve"> 03 (</w:t>
            </w:r>
            <w:proofErr w:type="spellStart"/>
            <w:r w:rsidRPr="00114A3B">
              <w:rPr>
                <w:rFonts w:ascii="Times New Roman" w:hAnsi="Times New Roman" w:cs="Times New Roman"/>
                <w:b w:val="0"/>
                <w:bCs w:val="0"/>
                <w:color w:val="auto"/>
                <w:sz w:val="28"/>
                <w:szCs w:val="28"/>
              </w:rPr>
              <w:t>ba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đúng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hướng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dẫn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khoản</w:t>
            </w:r>
            <w:proofErr w:type="spellEnd"/>
            <w:r w:rsidRPr="00114A3B">
              <w:rPr>
                <w:rFonts w:ascii="Times New Roman" w:hAnsi="Times New Roman" w:cs="Times New Roman"/>
                <w:b w:val="0"/>
                <w:bCs w:val="0"/>
                <w:color w:val="auto"/>
                <w:sz w:val="28"/>
                <w:szCs w:val="28"/>
              </w:rPr>
              <w:t xml:space="preserve"> 3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này</w:t>
            </w:r>
            <w:proofErr w:type="spellEnd"/>
            <w:r w:rsidRPr="00114A3B">
              <w:rPr>
                <w:rFonts w:ascii="Times New Roman" w:hAnsi="Times New Roman" w:cs="Times New Roman"/>
                <w:b w:val="0"/>
                <w:bCs w:val="0"/>
                <w:color w:val="auto"/>
                <w:sz w:val="28"/>
                <w:szCs w:val="28"/>
              </w:rPr>
              <w:t xml:space="preserve">. </w:t>
            </w:r>
          </w:p>
          <w:p w14:paraId="51E97A5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
          <w:p w14:paraId="050813B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
          <w:p w14:paraId="21E7E88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người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thư</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nghiệp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thiểu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08 (</w:t>
            </w:r>
            <w:proofErr w:type="spellStart"/>
            <w:r w:rsidRPr="00114A3B">
              <w:rPr>
                <w:rFonts w:ascii="Times New Roman" w:hAnsi="Times New Roman" w:cs="Times New Roman"/>
                <w:b w:val="0"/>
                <w:bCs w:val="0"/>
                <w:color w:val="auto"/>
                <w:sz w:val="28"/>
                <w:szCs w:val="28"/>
              </w:rPr>
              <w:t>tám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
          <w:p w14:paraId="58CF851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thư</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thiểu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12 (</w:t>
            </w:r>
            <w:proofErr w:type="spellStart"/>
            <w:r w:rsidRPr="00114A3B">
              <w:rPr>
                <w:rFonts w:ascii="Times New Roman" w:hAnsi="Times New Roman" w:cs="Times New Roman"/>
                <w:b w:val="0"/>
                <w:bCs w:val="0"/>
                <w:color w:val="auto"/>
                <w:sz w:val="28"/>
                <w:szCs w:val="28"/>
              </w:rPr>
              <w:t>mười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
          <w:p w14:paraId="2C31903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w:t>
            </w:r>
            <w:proofErr w:type="spellStart"/>
            <w:r w:rsidRPr="00114A3B">
              <w:rPr>
                <w:rFonts w:ascii="Times New Roman" w:hAnsi="Times New Roman" w:cs="Times New Roman"/>
                <w:b w:val="0"/>
                <w:bCs w:val="0"/>
                <w:color w:val="auto"/>
                <w:sz w:val="28"/>
                <w:szCs w:val="28"/>
              </w:rPr>
              <w:t>Nội</w:t>
            </w:r>
            <w:proofErr w:type="spellEnd"/>
            <w:r w:rsidRPr="00114A3B">
              <w:rPr>
                <w:rFonts w:ascii="Times New Roman" w:hAnsi="Times New Roman" w:cs="Times New Roman"/>
                <w:b w:val="0"/>
                <w:bCs w:val="0"/>
                <w:color w:val="auto"/>
                <w:sz w:val="28"/>
                <w:szCs w:val="28"/>
              </w:rPr>
              <w:t xml:space="preserve"> dung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
          <w:p w14:paraId="04770F3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bao </w:t>
            </w:r>
            <w:proofErr w:type="spellStart"/>
            <w:r w:rsidRPr="00114A3B">
              <w:rPr>
                <w:rFonts w:ascii="Times New Roman" w:hAnsi="Times New Roman" w:cs="Times New Roman"/>
                <w:b w:val="0"/>
                <w:bCs w:val="0"/>
                <w:color w:val="auto"/>
                <w:sz w:val="28"/>
                <w:szCs w:val="28"/>
              </w:rPr>
              <w:t>gồm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dễ</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nhớ</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như</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thoại</w:t>
            </w:r>
            <w:proofErr w:type="spellEnd"/>
            <w:r w:rsidRPr="00114A3B">
              <w:rPr>
                <w:rFonts w:ascii="Times New Roman" w:hAnsi="Times New Roman" w:cs="Times New Roman"/>
                <w:b w:val="0"/>
                <w:bCs w:val="0"/>
                <w:color w:val="auto"/>
                <w:sz w:val="28"/>
                <w:szCs w:val="28"/>
              </w:rPr>
              <w:t xml:space="preserve">: </w:t>
            </w:r>
          </w:p>
          <w:p w14:paraId="668F540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một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dãy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w:t>
            </w:r>
            <w:proofErr w:type="spellEnd"/>
            <w:r w:rsidRPr="00114A3B">
              <w:rPr>
                <w:rFonts w:ascii="Times New Roman" w:hAnsi="Times New Roman" w:cs="Times New Roman"/>
                <w:b w:val="0"/>
                <w:bCs w:val="0"/>
                <w:color w:val="auto"/>
                <w:sz w:val="28"/>
                <w:szCs w:val="28"/>
              </w:rPr>
              <w:t xml:space="preserve">: ABCDEFGH, 12345678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 </w:t>
            </w:r>
          </w:p>
          <w:p w14:paraId="23982A8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loại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cái</w:t>
            </w:r>
            <w:proofErr w:type="spellEnd"/>
            <w:r w:rsidRPr="00114A3B">
              <w:rPr>
                <w:rFonts w:ascii="Times New Roman" w:hAnsi="Times New Roman" w:cs="Times New Roman"/>
                <w:b w:val="0"/>
                <w:bCs w:val="0"/>
                <w:color w:val="auto"/>
                <w:sz w:val="28"/>
                <w:szCs w:val="28"/>
              </w:rPr>
              <w:t xml:space="preserve"> in </w:t>
            </w:r>
            <w:proofErr w:type="spellStart"/>
            <w:r w:rsidRPr="00114A3B">
              <w:rPr>
                <w:rFonts w:ascii="Times New Roman" w:hAnsi="Times New Roman" w:cs="Times New Roman"/>
                <w:b w:val="0"/>
                <w:bCs w:val="0"/>
                <w:color w:val="auto"/>
                <w:sz w:val="28"/>
                <w:szCs w:val="28"/>
              </w:rPr>
              <w:t>thường</w:t>
            </w:r>
            <w:proofErr w:type="spellEnd"/>
            <w:r w:rsidRPr="00114A3B">
              <w:rPr>
                <w:rFonts w:ascii="Times New Roman" w:hAnsi="Times New Roman" w:cs="Times New Roman"/>
                <w:b w:val="0"/>
                <w:bCs w:val="0"/>
                <w:color w:val="auto"/>
                <w:sz w:val="28"/>
                <w:szCs w:val="28"/>
              </w:rPr>
              <w:t xml:space="preserve"> (a, b, c), </w:t>
            </w:r>
            <w:proofErr w:type="spellStart"/>
            <w:r w:rsidRPr="00114A3B">
              <w:rPr>
                <w:rFonts w:ascii="Times New Roman" w:hAnsi="Times New Roman" w:cs="Times New Roman"/>
                <w:b w:val="0"/>
                <w:bCs w:val="0"/>
                <w:color w:val="auto"/>
                <w:sz w:val="28"/>
                <w:szCs w:val="28"/>
              </w:rPr>
              <w:t>chữ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cái</w:t>
            </w:r>
            <w:proofErr w:type="spellEnd"/>
            <w:r w:rsidRPr="00114A3B">
              <w:rPr>
                <w:rFonts w:ascii="Times New Roman" w:hAnsi="Times New Roman" w:cs="Times New Roman"/>
                <w:b w:val="0"/>
                <w:bCs w:val="0"/>
                <w:color w:val="auto"/>
                <w:sz w:val="28"/>
                <w:szCs w:val="28"/>
              </w:rPr>
              <w:t xml:space="preserve"> in </w:t>
            </w:r>
            <w:proofErr w:type="spellStart"/>
            <w:r w:rsidRPr="00114A3B">
              <w:rPr>
                <w:rFonts w:ascii="Times New Roman" w:hAnsi="Times New Roman" w:cs="Times New Roman"/>
                <w:b w:val="0"/>
                <w:bCs w:val="0"/>
                <w:color w:val="auto"/>
                <w:sz w:val="28"/>
                <w:szCs w:val="28"/>
              </w:rPr>
              <w:t>hoa</w:t>
            </w:r>
            <w:proofErr w:type="spellEnd"/>
            <w:r w:rsidRPr="00114A3B">
              <w:rPr>
                <w:rFonts w:ascii="Times New Roman" w:hAnsi="Times New Roman" w:cs="Times New Roman"/>
                <w:b w:val="0"/>
                <w:bCs w:val="0"/>
                <w:color w:val="auto"/>
                <w:sz w:val="28"/>
                <w:szCs w:val="28"/>
              </w:rPr>
              <w:t xml:space="preserve"> (A, B, C),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(1, 2, 3)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biệt</w:t>
            </w:r>
            <w:proofErr w:type="spellEnd"/>
            <w:r w:rsidRPr="00114A3B">
              <w:rPr>
                <w:rFonts w:ascii="Times New Roman" w:hAnsi="Times New Roman" w:cs="Times New Roman"/>
                <w:b w:val="0"/>
                <w:bCs w:val="0"/>
                <w:color w:val="auto"/>
                <w:sz w:val="28"/>
                <w:szCs w:val="28"/>
              </w:rPr>
              <w:t xml:space="preserve"> (! @ #...). </w:t>
            </w:r>
          </w:p>
          <w:p w14:paraId="1FA337A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c)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
          <w:p w14:paraId="539BFD7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người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03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
          <w:p w14:paraId="2258276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người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03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
          <w:p w14:paraId="2AECA4D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Trường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thì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537B85D8"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d) Quy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
          <w:p w14:paraId="44CA97D8"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Người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tiên</w:t>
            </w:r>
            <w:proofErr w:type="spellEnd"/>
            <w:r w:rsidRPr="00114A3B">
              <w:rPr>
                <w:rFonts w:ascii="Times New Roman" w:hAnsi="Times New Roman" w:cs="Times New Roman"/>
                <w:b w:val="0"/>
                <w:bCs w:val="0"/>
                <w:color w:val="auto"/>
                <w:sz w:val="28"/>
                <w:szCs w:val="28"/>
              </w:rPr>
              <w:t xml:space="preserve">; </w:t>
            </w:r>
          </w:p>
          <w:p w14:paraId="2B30144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tử</w:t>
            </w:r>
            <w:proofErr w:type="spellEnd"/>
            <w:r w:rsidRPr="00114A3B">
              <w:rPr>
                <w:rFonts w:ascii="Times New Roman" w:hAnsi="Times New Roman" w:cs="Times New Roman"/>
                <w:b w:val="0"/>
                <w:bCs w:val="0"/>
                <w:color w:val="auto"/>
                <w:sz w:val="28"/>
                <w:szCs w:val="28"/>
              </w:rPr>
              <w:t xml:space="preserve">; </w:t>
            </w:r>
          </w:p>
          <w:p w14:paraId="6E86EDB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tổ</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khoản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giao</w:t>
            </w:r>
            <w:proofErr w:type="spellEnd"/>
            <w:r w:rsidRPr="00114A3B">
              <w:rPr>
                <w:rFonts w:ascii="Times New Roman" w:hAnsi="Times New Roman" w:cs="Times New Roman"/>
                <w:b w:val="0"/>
                <w:bCs w:val="0"/>
                <w:color w:val="auto"/>
                <w:sz w:val="28"/>
                <w:szCs w:val="28"/>
              </w:rPr>
              <w:t xml:space="preserve">; </w:t>
            </w:r>
          </w:p>
          <w:p w14:paraId="4959697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ngờ</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lọt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
          <w:p w14:paraId="063066E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đó</w:t>
            </w:r>
            <w:proofErr w:type="spellEnd"/>
            <w:r w:rsidRPr="00114A3B">
              <w:rPr>
                <w:rFonts w:ascii="Times New Roman" w:hAnsi="Times New Roman" w:cs="Times New Roman"/>
                <w:b w:val="0"/>
                <w:bCs w:val="0"/>
                <w:color w:val="auto"/>
                <w:sz w:val="28"/>
                <w:szCs w:val="28"/>
              </w:rPr>
              <w:t xml:space="preserve">; </w:t>
            </w:r>
          </w:p>
          <w:p w14:paraId="09E98ABC"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Các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ở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
        </w:tc>
        <w:tc>
          <w:tcPr>
            <w:tcW w:w="3969" w:type="dxa"/>
          </w:tcPr>
          <w:p w14:paraId="5F7C12B4" w14:textId="1A296040" w:rsidR="00FE250A" w:rsidRPr="00756AE7" w:rsidRDefault="00FE250A" w:rsidP="00114A3B">
            <w:pPr>
              <w:jc w:val="both"/>
              <w:rPr>
                <w:rFonts w:ascii="Times New Roman" w:hAnsi="Times New Roman" w:cs="Times New Roman"/>
                <w:sz w:val="28"/>
                <w:szCs w:val="28"/>
                <w:highlight w:val="yellow"/>
              </w:rPr>
            </w:pPr>
            <w:r>
              <w:rPr>
                <w:rFonts w:ascii="Times New Roman" w:hAnsi="Times New Roman"/>
                <w:sz w:val="28"/>
              </w:rPr>
              <w:lastRenderedPageBreak/>
              <w:t>Điều này được xây dựng nhằm bảo đảm an toàn, bảo mật thông tin cho hệ thống Trung tâm dữ liệu. Việc quy định chặt chẽ về quản lý, sử dụng, lưu trữ và thay đổi mật khẩu góp phần phòng ngừa nguy cơ lộ lọt thông tin, kiểm soát truy cập, bảo vệ tài sản số và nâng cao trách nhiệm của cán bộ, nhân viên trong việc bảo vệ hệ thống thông tin trọng yếu.</w:t>
            </w:r>
          </w:p>
        </w:tc>
      </w:tr>
      <w:tr w:rsidR="00D74C2A" w:rsidRPr="00114A3B" w14:paraId="365FD042" w14:textId="77777777" w:rsidTr="00114A3B">
        <w:tc>
          <w:tcPr>
            <w:tcW w:w="1838" w:type="dxa"/>
          </w:tcPr>
          <w:p w14:paraId="66649A9F"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3C8CC24B"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14. Quản </w:t>
            </w:r>
            <w:proofErr w:type="spellStart"/>
            <w:r w:rsidRPr="00114A3B">
              <w:rPr>
                <w:rFonts w:ascii="Times New Roman" w:hAnsi="Times New Roman" w:cs="Times New Roman"/>
                <w:color w:val="auto"/>
                <w:sz w:val="28"/>
                <w:szCs w:val="28"/>
              </w:rPr>
              <w:t>lý</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mạng</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truyền</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số</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liệu</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chuyên</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dùng</w:t>
            </w:r>
            <w:proofErr w:type="spellEnd"/>
            <w:r w:rsidRPr="00114A3B">
              <w:rPr>
                <w:rFonts w:ascii="Times New Roman" w:hAnsi="Times New Roman" w:cs="Times New Roman"/>
                <w:color w:val="auto"/>
                <w:sz w:val="28"/>
                <w:szCs w:val="28"/>
              </w:rPr>
              <w:t xml:space="preserve"> </w:t>
            </w:r>
          </w:p>
          <w:p w14:paraId="7F068CB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Huế</w:t>
            </w:r>
            <w:proofErr w:type="spellEnd"/>
            <w:r w:rsidRPr="00114A3B">
              <w:rPr>
                <w:rFonts w:ascii="Times New Roman" w:hAnsi="Times New Roman" w:cs="Times New Roman"/>
                <w:b w:val="0"/>
                <w:bCs w:val="0"/>
                <w:color w:val="auto"/>
                <w:sz w:val="28"/>
                <w:szCs w:val="28"/>
              </w:rPr>
              <w:t xml:space="preserve">. </w:t>
            </w:r>
          </w:p>
          <w:p w14:paraId="3952122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Các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33/2025/QĐ-</w:t>
            </w:r>
            <w:proofErr w:type="spellStart"/>
            <w:r w:rsidRPr="00114A3B">
              <w:rPr>
                <w:rFonts w:ascii="Times New Roman" w:hAnsi="Times New Roman" w:cs="Times New Roman"/>
                <w:b w:val="0"/>
                <w:bCs w:val="0"/>
                <w:color w:val="auto"/>
                <w:sz w:val="28"/>
                <w:szCs w:val="28"/>
              </w:rPr>
              <w:t>TTg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tướng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nước</w:t>
            </w:r>
            <w:proofErr w:type="spellEnd"/>
            <w:r w:rsidRPr="00114A3B">
              <w:rPr>
                <w:rFonts w:ascii="Times New Roman" w:hAnsi="Times New Roman" w:cs="Times New Roman"/>
                <w:b w:val="0"/>
                <w:bCs w:val="0"/>
                <w:color w:val="auto"/>
                <w:sz w:val="28"/>
                <w:szCs w:val="28"/>
              </w:rPr>
              <w:t xml:space="preserve">. </w:t>
            </w:r>
          </w:p>
          <w:p w14:paraId="1C8FB77E"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viễn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sát</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đồng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gửi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năm</w:t>
            </w:r>
            <w:proofErr w:type="spellEnd"/>
            <w:r w:rsidRPr="00114A3B">
              <w:rPr>
                <w:rFonts w:ascii="Times New Roman" w:hAnsi="Times New Roman" w:cs="Times New Roman"/>
                <w:b w:val="0"/>
                <w:bCs w:val="0"/>
                <w:color w:val="auto"/>
                <w:sz w:val="28"/>
                <w:szCs w:val="28"/>
              </w:rPr>
              <w:t xml:space="preserve">. </w:t>
            </w:r>
          </w:p>
        </w:tc>
        <w:tc>
          <w:tcPr>
            <w:tcW w:w="3969" w:type="dxa"/>
          </w:tcPr>
          <w:p w14:paraId="507F1545" w14:textId="405E288E" w:rsidR="00FE250A" w:rsidRPr="00114A3B" w:rsidRDefault="00FE250A" w:rsidP="00114A3B">
            <w:pPr>
              <w:jc w:val="both"/>
              <w:rPr>
                <w:rFonts w:ascii="Times New Roman" w:hAnsi="Times New Roman" w:cs="Times New Roman"/>
                <w:sz w:val="28"/>
                <w:szCs w:val="28"/>
              </w:rPr>
            </w:pPr>
            <w:r>
              <w:rPr>
                <w:rFonts w:ascii="Times New Roman" w:hAnsi="Times New Roman"/>
                <w:sz w:val="28"/>
              </w:rPr>
              <w:t xml:space="preserve">Quy định này nhằm bảo đảm việc quản lý, vận hành, kết nối và sử dụng mạng truyền số liệu chuyên dùng được thực hiện đúng quy định pháp luật, </w:t>
            </w:r>
            <w:proofErr w:type="gramStart"/>
            <w:r>
              <w:rPr>
                <w:rFonts w:ascii="Times New Roman" w:hAnsi="Times New Roman"/>
                <w:sz w:val="28"/>
              </w:rPr>
              <w:t>an</w:t>
            </w:r>
            <w:proofErr w:type="gramEnd"/>
            <w:r>
              <w:rPr>
                <w:rFonts w:ascii="Times New Roman" w:hAnsi="Times New Roman"/>
                <w:sz w:val="28"/>
              </w:rPr>
              <w:t xml:space="preserve"> toàn, bảo mật. Việc xác định rõ trách nhiệm của cơ quan đầu mối, các cơ quan, đơn vị sử dụng và đơn vị cung cấp dịch vụ viễn thông góp phần nâng cao hiệu quả giám sát, phòng ngừa rủi ro và bảo đảm hoạt động thông suốt của các ứng dụng trên mạng truyền số liệu chuyên dùng.</w:t>
            </w:r>
          </w:p>
        </w:tc>
      </w:tr>
      <w:tr w:rsidR="00D74C2A" w:rsidRPr="00114A3B" w14:paraId="109C1BEF" w14:textId="77777777" w:rsidTr="00114A3B">
        <w:tc>
          <w:tcPr>
            <w:tcW w:w="1838" w:type="dxa"/>
          </w:tcPr>
          <w:p w14:paraId="14C545CD"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6F138A6F"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15. </w:t>
            </w:r>
            <w:proofErr w:type="gramStart"/>
            <w:r w:rsidRPr="00114A3B">
              <w:rPr>
                <w:rFonts w:ascii="Times New Roman" w:hAnsi="Times New Roman" w:cs="Times New Roman"/>
                <w:color w:val="auto"/>
                <w:sz w:val="28"/>
                <w:szCs w:val="28"/>
              </w:rPr>
              <w:t>An</w:t>
            </w:r>
            <w:proofErr w:type="gram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toàn</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hoạt</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động</w:t>
            </w:r>
            <w:proofErr w:type="spellEnd"/>
            <w:r w:rsidRPr="00114A3B">
              <w:rPr>
                <w:rFonts w:ascii="Times New Roman" w:hAnsi="Times New Roman" w:cs="Times New Roman"/>
                <w:color w:val="auto"/>
                <w:sz w:val="28"/>
                <w:szCs w:val="28"/>
              </w:rPr>
              <w:t xml:space="preserve"> </w:t>
            </w:r>
          </w:p>
          <w:p w14:paraId="5BB2B0A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ban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nội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qua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soát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
          <w:p w14:paraId="7130832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chỉ</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đang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tuyệt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đúng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đích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hỏng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chờ</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tư</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dễ</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nổ</w:t>
            </w:r>
            <w:proofErr w:type="spellEnd"/>
            <w:r w:rsidRPr="00114A3B">
              <w:rPr>
                <w:rFonts w:ascii="Times New Roman" w:hAnsi="Times New Roman" w:cs="Times New Roman"/>
                <w:b w:val="0"/>
                <w:bCs w:val="0"/>
                <w:color w:val="auto"/>
                <w:sz w:val="28"/>
                <w:szCs w:val="28"/>
              </w:rPr>
              <w:t xml:space="preserve">). </w:t>
            </w:r>
          </w:p>
          <w:p w14:paraId="6D23A895"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nghiệp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môi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thấm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chiếu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ẩm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môi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
          <w:p w14:paraId="0C07587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4.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phòng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chữa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thẩm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giấy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phép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phòng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nổ</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10D8815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5.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phòng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(UPS)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nguồn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gặp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
          <w:p w14:paraId="5CE72A2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6.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camera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tục</w:t>
            </w:r>
            <w:proofErr w:type="spellEnd"/>
            <w:r w:rsidRPr="00114A3B">
              <w:rPr>
                <w:rFonts w:ascii="Times New Roman" w:hAnsi="Times New Roman" w:cs="Times New Roman"/>
                <w:b w:val="0"/>
                <w:bCs w:val="0"/>
                <w:color w:val="auto"/>
                <w:sz w:val="28"/>
                <w:szCs w:val="28"/>
              </w:rPr>
              <w:t xml:space="preserve"> 24/24 </w:t>
            </w:r>
            <w:proofErr w:type="spellStart"/>
            <w:r w:rsidRPr="00114A3B">
              <w:rPr>
                <w:rFonts w:ascii="Times New Roman" w:hAnsi="Times New Roman" w:cs="Times New Roman"/>
                <w:b w:val="0"/>
                <w:bCs w:val="0"/>
                <w:color w:val="auto"/>
                <w:sz w:val="28"/>
                <w:szCs w:val="28"/>
              </w:rPr>
              <w:t>giờ</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90 (</w:t>
            </w:r>
            <w:proofErr w:type="spellStart"/>
            <w:r w:rsidRPr="00114A3B">
              <w:rPr>
                <w:rFonts w:ascii="Times New Roman" w:hAnsi="Times New Roman" w:cs="Times New Roman"/>
                <w:b w:val="0"/>
                <w:bCs w:val="0"/>
                <w:color w:val="auto"/>
                <w:sz w:val="28"/>
                <w:szCs w:val="28"/>
              </w:rPr>
              <w:t>chín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mươi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
          <w:p w14:paraId="2B49909C"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7.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(Access Control)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24/24 </w:t>
            </w:r>
            <w:proofErr w:type="spellStart"/>
            <w:r w:rsidRPr="00114A3B">
              <w:rPr>
                <w:rFonts w:ascii="Times New Roman" w:hAnsi="Times New Roman" w:cs="Times New Roman"/>
                <w:b w:val="0"/>
                <w:bCs w:val="0"/>
                <w:color w:val="auto"/>
                <w:sz w:val="28"/>
                <w:szCs w:val="28"/>
              </w:rPr>
              <w:t>giờ</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90 (</w:t>
            </w:r>
            <w:proofErr w:type="spellStart"/>
            <w:r w:rsidRPr="00114A3B">
              <w:rPr>
                <w:rFonts w:ascii="Times New Roman" w:hAnsi="Times New Roman" w:cs="Times New Roman"/>
                <w:b w:val="0"/>
                <w:bCs w:val="0"/>
                <w:color w:val="auto"/>
                <w:sz w:val="28"/>
                <w:szCs w:val="28"/>
              </w:rPr>
              <w:t>chín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mươi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nhằm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ninh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tc>
        <w:tc>
          <w:tcPr>
            <w:tcW w:w="3969" w:type="dxa"/>
          </w:tcPr>
          <w:p w14:paraId="403D741C" w14:textId="774696FD" w:rsidR="00FE250A" w:rsidRPr="00756AE7" w:rsidRDefault="00FE250A" w:rsidP="00114A3B">
            <w:pPr>
              <w:jc w:val="both"/>
              <w:rPr>
                <w:rFonts w:ascii="Times New Roman" w:hAnsi="Times New Roman" w:cs="Times New Roman"/>
                <w:sz w:val="28"/>
                <w:szCs w:val="28"/>
                <w:highlight w:val="yellow"/>
              </w:rPr>
            </w:pPr>
            <w:r>
              <w:rPr>
                <w:rFonts w:ascii="Times New Roman" w:hAnsi="Times New Roman"/>
                <w:sz w:val="28"/>
              </w:rPr>
              <w:lastRenderedPageBreak/>
              <w:t xml:space="preserve">Quy định này nhằm bảo đảm môi trường hoạt động an toàn, ổn định, đáp ứng các tiêu chuẩn kỹ thuật và phòng ngừa rủi ro cho Trung tâm dữ liệu. Việc kiểm soát chặt chẽ điều kiện vận hành, </w:t>
            </w:r>
            <w:proofErr w:type="gramStart"/>
            <w:r>
              <w:rPr>
                <w:rFonts w:ascii="Times New Roman" w:hAnsi="Times New Roman"/>
                <w:sz w:val="28"/>
              </w:rPr>
              <w:t>an</w:t>
            </w:r>
            <w:proofErr w:type="gramEnd"/>
            <w:r>
              <w:rPr>
                <w:rFonts w:ascii="Times New Roman" w:hAnsi="Times New Roman"/>
                <w:sz w:val="28"/>
              </w:rPr>
              <w:t xml:space="preserve"> toàn phòng cháy chữa cháy, điện, điều hòa, giám sát ra vào góp phần bảo vệ tài sản, dữ liệu và bảo đảm hoạt động liên tục, không gián đoạn của hệ thống.</w:t>
            </w:r>
          </w:p>
        </w:tc>
      </w:tr>
      <w:tr w:rsidR="00D74C2A" w:rsidRPr="00114A3B" w14:paraId="38DE3CB2" w14:textId="77777777" w:rsidTr="00114A3B">
        <w:tc>
          <w:tcPr>
            <w:tcW w:w="1838" w:type="dxa"/>
          </w:tcPr>
          <w:p w14:paraId="4FE8576C"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1F6E9B89"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16. </w:t>
            </w:r>
            <w:proofErr w:type="spellStart"/>
            <w:r w:rsidRPr="00114A3B">
              <w:rPr>
                <w:rFonts w:ascii="Times New Roman" w:hAnsi="Times New Roman" w:cs="Times New Roman"/>
                <w:color w:val="auto"/>
                <w:sz w:val="28"/>
                <w:szCs w:val="28"/>
              </w:rPr>
              <w:t>Đảm</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bảo</w:t>
            </w:r>
            <w:proofErr w:type="spellEnd"/>
            <w:r w:rsidRPr="00114A3B">
              <w:rPr>
                <w:rFonts w:ascii="Times New Roman" w:hAnsi="Times New Roman" w:cs="Times New Roman"/>
                <w:color w:val="auto"/>
                <w:sz w:val="28"/>
                <w:szCs w:val="28"/>
              </w:rPr>
              <w:t xml:space="preserve"> an </w:t>
            </w:r>
            <w:proofErr w:type="spellStart"/>
            <w:r w:rsidRPr="00114A3B">
              <w:rPr>
                <w:rFonts w:ascii="Times New Roman" w:hAnsi="Times New Roman" w:cs="Times New Roman"/>
                <w:color w:val="auto"/>
                <w:sz w:val="28"/>
                <w:szCs w:val="28"/>
              </w:rPr>
              <w:t>toàn</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thông</w:t>
            </w:r>
            <w:proofErr w:type="spellEnd"/>
            <w:r w:rsidRPr="00114A3B">
              <w:rPr>
                <w:rFonts w:ascii="Times New Roman" w:hAnsi="Times New Roman" w:cs="Times New Roman"/>
                <w:color w:val="auto"/>
                <w:sz w:val="28"/>
                <w:szCs w:val="28"/>
              </w:rPr>
              <w:t xml:space="preserve"> tin </w:t>
            </w:r>
          </w:p>
          <w:p w14:paraId="71518D5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Các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
          <w:p w14:paraId="60A73F4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Các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thuộc</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
          <w:p w14:paraId="0B3290E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đúng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kịp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dấu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phương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ổn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nhằm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chặn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vi </w:t>
            </w:r>
            <w:proofErr w:type="spellStart"/>
            <w:r w:rsidRPr="00114A3B">
              <w:rPr>
                <w:rFonts w:ascii="Times New Roman" w:hAnsi="Times New Roman" w:cs="Times New Roman"/>
                <w:b w:val="0"/>
                <w:bCs w:val="0"/>
                <w:color w:val="auto"/>
                <w:sz w:val="28"/>
                <w:szCs w:val="28"/>
              </w:rPr>
              <w:t>xâm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phép</w:t>
            </w:r>
            <w:proofErr w:type="spellEnd"/>
            <w:r w:rsidRPr="00114A3B">
              <w:rPr>
                <w:rFonts w:ascii="Times New Roman" w:hAnsi="Times New Roman" w:cs="Times New Roman"/>
                <w:b w:val="0"/>
                <w:bCs w:val="0"/>
                <w:color w:val="auto"/>
                <w:sz w:val="28"/>
                <w:szCs w:val="28"/>
              </w:rPr>
              <w:t xml:space="preserve">, qua </w:t>
            </w:r>
            <w:proofErr w:type="spellStart"/>
            <w:r w:rsidRPr="00114A3B">
              <w:rPr>
                <w:rFonts w:ascii="Times New Roman" w:hAnsi="Times New Roman" w:cs="Times New Roman"/>
                <w:b w:val="0"/>
                <w:bCs w:val="0"/>
                <w:color w:val="auto"/>
                <w:sz w:val="28"/>
                <w:szCs w:val="28"/>
              </w:rPr>
              <w:t>đó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2DEEDF04"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4. </w:t>
            </w:r>
            <w:proofErr w:type="spellStart"/>
            <w:r w:rsidRPr="00114A3B">
              <w:rPr>
                <w:rFonts w:ascii="Times New Roman" w:hAnsi="Times New Roman" w:cs="Times New Roman"/>
                <w:b w:val="0"/>
                <w:bCs w:val="0"/>
                <w:color w:val="auto"/>
                <w:sz w:val="28"/>
                <w:szCs w:val="28"/>
              </w:rPr>
              <w:t>Tất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nhất</w:t>
            </w:r>
            <w:proofErr w:type="spellEnd"/>
            <w:r w:rsidRPr="00114A3B">
              <w:rPr>
                <w:rFonts w:ascii="Times New Roman" w:hAnsi="Times New Roman" w:cs="Times New Roman"/>
                <w:b w:val="0"/>
                <w:bCs w:val="0"/>
                <w:color w:val="auto"/>
                <w:sz w:val="28"/>
                <w:szCs w:val="28"/>
              </w:rPr>
              <w:t xml:space="preserve">. </w:t>
            </w:r>
          </w:p>
        </w:tc>
        <w:tc>
          <w:tcPr>
            <w:tcW w:w="3969" w:type="dxa"/>
          </w:tcPr>
          <w:p w14:paraId="3FEE6D27" w14:textId="6A1B6C15" w:rsidR="00FE250A" w:rsidRPr="00114A3B" w:rsidRDefault="00FE250A" w:rsidP="00114A3B">
            <w:pPr>
              <w:jc w:val="both"/>
              <w:rPr>
                <w:rFonts w:ascii="Times New Roman" w:hAnsi="Times New Roman" w:cs="Times New Roman"/>
                <w:sz w:val="28"/>
                <w:szCs w:val="28"/>
              </w:rPr>
            </w:pPr>
            <w:r>
              <w:rPr>
                <w:rFonts w:ascii="Times New Roman" w:hAnsi="Times New Roman"/>
                <w:sz w:val="28"/>
              </w:rPr>
              <w:t xml:space="preserve">Quy định này nhằm bảo đảm an toàn, </w:t>
            </w:r>
            <w:proofErr w:type="gramStart"/>
            <w:r>
              <w:rPr>
                <w:rFonts w:ascii="Times New Roman" w:hAnsi="Times New Roman"/>
                <w:sz w:val="28"/>
              </w:rPr>
              <w:t>an</w:t>
            </w:r>
            <w:proofErr w:type="gramEnd"/>
            <w:r>
              <w:rPr>
                <w:rFonts w:ascii="Times New Roman" w:hAnsi="Times New Roman"/>
                <w:sz w:val="28"/>
              </w:rPr>
              <w:t xml:space="preserve"> ninh thông tin cho toàn bộ hệ thống Trung tâm dữ liệu, phòng ngừa, phát hiện và xử lý kịp thời các nguy cơ, sự cố về bảo mật. Việc tuân thủ các tiêu chuẩn, quy chuẩn kỹ thuật và thực hiện các biện pháp kiểm soát, cập nhật bản vá góp phần bảo vệ dữ liệu, duy trì hoạt động ổn định, liên tục và nâng cao uy tín của Trung tâm dữ liệu.</w:t>
            </w:r>
          </w:p>
        </w:tc>
      </w:tr>
      <w:tr w:rsidR="00D74C2A" w:rsidRPr="00114A3B" w14:paraId="235D9A4C" w14:textId="77777777" w:rsidTr="00114A3B">
        <w:tc>
          <w:tcPr>
            <w:tcW w:w="1838" w:type="dxa"/>
          </w:tcPr>
          <w:p w14:paraId="40CB561A"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53B2EA54"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17. </w:t>
            </w:r>
            <w:proofErr w:type="spellStart"/>
            <w:r w:rsidRPr="00114A3B">
              <w:rPr>
                <w:rFonts w:ascii="Times New Roman" w:hAnsi="Times New Roman" w:cs="Times New Roman"/>
                <w:color w:val="auto"/>
                <w:sz w:val="28"/>
                <w:szCs w:val="28"/>
              </w:rPr>
              <w:t>Kiểm</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soát</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truy</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cập</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và</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xác</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thực</w:t>
            </w:r>
            <w:proofErr w:type="spellEnd"/>
            <w:r w:rsidRPr="00114A3B">
              <w:rPr>
                <w:rFonts w:ascii="Times New Roman" w:hAnsi="Times New Roman" w:cs="Times New Roman"/>
                <w:color w:val="auto"/>
                <w:sz w:val="28"/>
                <w:szCs w:val="28"/>
              </w:rPr>
              <w:t xml:space="preserve"> </w:t>
            </w:r>
          </w:p>
          <w:p w14:paraId="11D46BE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Các </w:t>
            </w:r>
            <w:proofErr w:type="spellStart"/>
            <w:r w:rsidRPr="00114A3B">
              <w:rPr>
                <w:rFonts w:ascii="Times New Roman" w:hAnsi="Times New Roman" w:cs="Times New Roman"/>
                <w:b w:val="0"/>
                <w:bCs w:val="0"/>
                <w:color w:val="auto"/>
                <w:sz w:val="28"/>
                <w:szCs w:val="28"/>
              </w:rPr>
              <w:t>nguyên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soát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
          <w:p w14:paraId="1D3CA9D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Tất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khỏi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phép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qua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soát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
          <w:p w14:paraId="3B4CF2B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Quyền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nghiệp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12089DF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c) Quyền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soát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kỳ</w:t>
            </w:r>
            <w:proofErr w:type="spellEnd"/>
            <w:r w:rsidRPr="00114A3B">
              <w:rPr>
                <w:rFonts w:ascii="Times New Roman" w:hAnsi="Times New Roman" w:cs="Times New Roman"/>
                <w:b w:val="0"/>
                <w:bCs w:val="0"/>
                <w:color w:val="auto"/>
                <w:sz w:val="28"/>
                <w:szCs w:val="28"/>
              </w:rPr>
              <w:t xml:space="preserve">; </w:t>
            </w:r>
          </w:p>
          <w:p w14:paraId="6F9FEE4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d) Quyền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loại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bỏ</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còn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
          <w:p w14:paraId="65842D4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đ) Theo </w:t>
            </w:r>
            <w:proofErr w:type="spellStart"/>
            <w:r w:rsidRPr="00114A3B">
              <w:rPr>
                <w:rFonts w:ascii="Times New Roman" w:hAnsi="Times New Roman" w:cs="Times New Roman"/>
                <w:b w:val="0"/>
                <w:bCs w:val="0"/>
                <w:color w:val="auto"/>
                <w:sz w:val="28"/>
                <w:szCs w:val="28"/>
              </w:rPr>
              <w:t>dõi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người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trọng</w:t>
            </w:r>
            <w:proofErr w:type="spellEnd"/>
            <w:r w:rsidRPr="00114A3B">
              <w:rPr>
                <w:rFonts w:ascii="Times New Roman" w:hAnsi="Times New Roman" w:cs="Times New Roman"/>
                <w:b w:val="0"/>
                <w:bCs w:val="0"/>
                <w:color w:val="auto"/>
                <w:sz w:val="28"/>
                <w:szCs w:val="28"/>
              </w:rPr>
              <w:t xml:space="preserve">. </w:t>
            </w:r>
          </w:p>
          <w:p w14:paraId="1ACA95D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xa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đúng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đích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Mỗi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người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chỉ</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một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khoản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
          <w:p w14:paraId="68E38C7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vô</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khoản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lastRenderedPageBreak/>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còn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còn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
          <w:p w14:paraId="7C91450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4. </w:t>
            </w:r>
            <w:proofErr w:type="spellStart"/>
            <w:r w:rsidRPr="00114A3B">
              <w:rPr>
                <w:rFonts w:ascii="Times New Roman" w:hAnsi="Times New Roman" w:cs="Times New Roman"/>
                <w:b w:val="0"/>
                <w:bCs w:val="0"/>
                <w:color w:val="auto"/>
                <w:sz w:val="28"/>
                <w:szCs w:val="28"/>
              </w:rPr>
              <w:t>Giới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05 (</w:t>
            </w:r>
            <w:proofErr w:type="spellStart"/>
            <w:r w:rsidRPr="00114A3B">
              <w:rPr>
                <w:rFonts w:ascii="Times New Roman" w:hAnsi="Times New Roman" w:cs="Times New Roman"/>
                <w:b w:val="0"/>
                <w:bCs w:val="0"/>
                <w:color w:val="auto"/>
                <w:sz w:val="28"/>
                <w:szCs w:val="28"/>
              </w:rPr>
              <w:t>năm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phép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khoản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khóa</w:t>
            </w:r>
            <w:proofErr w:type="spellEnd"/>
            <w:r w:rsidRPr="00114A3B">
              <w:rPr>
                <w:rFonts w:ascii="Times New Roman" w:hAnsi="Times New Roman" w:cs="Times New Roman"/>
                <w:b w:val="0"/>
                <w:bCs w:val="0"/>
                <w:color w:val="auto"/>
                <w:sz w:val="28"/>
                <w:szCs w:val="28"/>
              </w:rPr>
              <w:t xml:space="preserve">. </w:t>
            </w:r>
          </w:p>
          <w:p w14:paraId="6C128239"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5. Chuyên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dõi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phép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vi </w:t>
            </w:r>
            <w:proofErr w:type="spellStart"/>
            <w:r w:rsidRPr="00114A3B">
              <w:rPr>
                <w:rFonts w:ascii="Times New Roman" w:hAnsi="Times New Roman" w:cs="Times New Roman"/>
                <w:b w:val="0"/>
                <w:bCs w:val="0"/>
                <w:color w:val="auto"/>
                <w:sz w:val="28"/>
                <w:szCs w:val="28"/>
              </w:rPr>
              <w:t>vượt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chặn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hồi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khóa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khoản</w:t>
            </w:r>
            <w:proofErr w:type="spellEnd"/>
            <w:r w:rsidRPr="00114A3B">
              <w:rPr>
                <w:rFonts w:ascii="Times New Roman" w:hAnsi="Times New Roman" w:cs="Times New Roman"/>
                <w:b w:val="0"/>
                <w:bCs w:val="0"/>
                <w:color w:val="auto"/>
                <w:sz w:val="28"/>
                <w:szCs w:val="28"/>
              </w:rPr>
              <w:t xml:space="preserve"> vi </w:t>
            </w:r>
            <w:proofErr w:type="spellStart"/>
            <w:r w:rsidRPr="00114A3B">
              <w:rPr>
                <w:rFonts w:ascii="Times New Roman" w:hAnsi="Times New Roman" w:cs="Times New Roman"/>
                <w:b w:val="0"/>
                <w:bCs w:val="0"/>
                <w:color w:val="auto"/>
                <w:sz w:val="28"/>
                <w:szCs w:val="28"/>
              </w:rPr>
              <w:t>phạm</w:t>
            </w:r>
            <w:proofErr w:type="spellEnd"/>
            <w:r w:rsidRPr="00114A3B">
              <w:rPr>
                <w:rFonts w:ascii="Times New Roman" w:hAnsi="Times New Roman" w:cs="Times New Roman"/>
                <w:b w:val="0"/>
                <w:bCs w:val="0"/>
                <w:color w:val="auto"/>
                <w:sz w:val="28"/>
                <w:szCs w:val="28"/>
              </w:rPr>
              <w:t xml:space="preserve">. </w:t>
            </w:r>
          </w:p>
        </w:tc>
        <w:tc>
          <w:tcPr>
            <w:tcW w:w="3969" w:type="dxa"/>
          </w:tcPr>
          <w:p w14:paraId="1D1AACA3" w14:textId="390E4B5A"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Quy định này nhằm kiểm soát chặt chẽ truy nhập hệ thống, bảo đảm chỉ những người có thẩm quyền mới được phép truy cập, sử dụng tài nguyên của Trung tâm dữ liệu. Việc xác thực, phân quyền, kiểm tra và xử lý tài khoản góp phần phòng ngừa rủi ro, ngăn chặn truy cập trái phép, bảo vệ an toàn thông tin và duy trì tính liên tục, ổn định của dịch vụ.</w:t>
            </w:r>
          </w:p>
        </w:tc>
      </w:tr>
      <w:tr w:rsidR="00D74C2A" w:rsidRPr="00114A3B" w14:paraId="26B2B752" w14:textId="77777777" w:rsidTr="00114A3B">
        <w:tc>
          <w:tcPr>
            <w:tcW w:w="1838" w:type="dxa"/>
          </w:tcPr>
          <w:p w14:paraId="58F5081C"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4B450458"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18. </w:t>
            </w:r>
            <w:proofErr w:type="spellStart"/>
            <w:r w:rsidRPr="00114A3B">
              <w:rPr>
                <w:rFonts w:ascii="Times New Roman" w:hAnsi="Times New Roman" w:cs="Times New Roman"/>
                <w:color w:val="auto"/>
                <w:sz w:val="28"/>
                <w:szCs w:val="28"/>
              </w:rPr>
              <w:t>Hệ</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thống</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mạng</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và</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truyền</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dẫn</w:t>
            </w:r>
            <w:proofErr w:type="spellEnd"/>
            <w:r w:rsidRPr="00114A3B">
              <w:rPr>
                <w:rFonts w:ascii="Times New Roman" w:hAnsi="Times New Roman" w:cs="Times New Roman"/>
                <w:color w:val="auto"/>
                <w:sz w:val="28"/>
                <w:szCs w:val="28"/>
              </w:rPr>
              <w:t xml:space="preserve"> </w:t>
            </w:r>
          </w:p>
          <w:p w14:paraId="31C48C9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
          <w:p w14:paraId="5C518664"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nhanh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ổn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3E9DA3D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w:t>
            </w:r>
            <w:proofErr w:type="spellStart"/>
            <w:r w:rsidRPr="00114A3B">
              <w:rPr>
                <w:rFonts w:ascii="Times New Roman" w:hAnsi="Times New Roman" w:cs="Times New Roman"/>
                <w:b w:val="0"/>
                <w:bCs w:val="0"/>
                <w:color w:val="auto"/>
                <w:sz w:val="28"/>
                <w:szCs w:val="28"/>
              </w:rPr>
              <w:t>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soát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ninh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
          <w:p w14:paraId="40A4209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c) Tuân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bấm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đấu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bổ</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nút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
          <w:p w14:paraId="7383096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d)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Internet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ngoài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chặn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ngoại</w:t>
            </w:r>
            <w:proofErr w:type="spellEnd"/>
            <w:r w:rsidRPr="00114A3B">
              <w:rPr>
                <w:rFonts w:ascii="Times New Roman" w:hAnsi="Times New Roman" w:cs="Times New Roman"/>
                <w:b w:val="0"/>
                <w:bCs w:val="0"/>
                <w:color w:val="auto"/>
                <w:sz w:val="28"/>
                <w:szCs w:val="28"/>
              </w:rPr>
              <w:t xml:space="preserve"> vi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(LAN)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
          <w:p w14:paraId="050BEE3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đ) </w:t>
            </w:r>
            <w:proofErr w:type="spellStart"/>
            <w:r w:rsidRPr="00114A3B">
              <w:rPr>
                <w:rFonts w:ascii="Times New Roman" w:hAnsi="Times New Roman" w:cs="Times New Roman"/>
                <w:b w:val="0"/>
                <w:bCs w:val="0"/>
                <w:color w:val="auto"/>
                <w:sz w:val="28"/>
                <w:szCs w:val="28"/>
              </w:rPr>
              <w:t>Đường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truyền</w:t>
            </w:r>
            <w:proofErr w:type="spellEnd"/>
            <w:r w:rsidRPr="00114A3B">
              <w:rPr>
                <w:rFonts w:ascii="Times New Roman" w:hAnsi="Times New Roman" w:cs="Times New Roman"/>
                <w:b w:val="0"/>
                <w:bCs w:val="0"/>
                <w:color w:val="auto"/>
                <w:sz w:val="28"/>
                <w:szCs w:val="28"/>
              </w:rPr>
              <w:t xml:space="preserve"> Internet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thiểu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02 (</w:t>
            </w:r>
            <w:proofErr w:type="spellStart"/>
            <w:r w:rsidRPr="00114A3B">
              <w:rPr>
                <w:rFonts w:ascii="Times New Roman" w:hAnsi="Times New Roman" w:cs="Times New Roman"/>
                <w:b w:val="0"/>
                <w:bCs w:val="0"/>
                <w:color w:val="auto"/>
                <w:sz w:val="28"/>
                <w:szCs w:val="28"/>
              </w:rPr>
              <w:t>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chia </w:t>
            </w:r>
            <w:proofErr w:type="spellStart"/>
            <w:r w:rsidRPr="00114A3B">
              <w:rPr>
                <w:rFonts w:ascii="Times New Roman" w:hAnsi="Times New Roman" w:cs="Times New Roman"/>
                <w:b w:val="0"/>
                <w:bCs w:val="0"/>
                <w:color w:val="auto"/>
                <w:sz w:val="28"/>
                <w:szCs w:val="28"/>
              </w:rPr>
              <w:t>tải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bằng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phòng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sẵn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sàng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35BE5FF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e) Chuyên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duyệt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Internet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chỉ</w:t>
            </w:r>
            <w:proofErr w:type="spellEnd"/>
            <w:r w:rsidRPr="00114A3B">
              <w:rPr>
                <w:rFonts w:ascii="Times New Roman" w:hAnsi="Times New Roman" w:cs="Times New Roman"/>
                <w:b w:val="0"/>
                <w:bCs w:val="0"/>
                <w:color w:val="auto"/>
                <w:sz w:val="28"/>
                <w:szCs w:val="28"/>
              </w:rPr>
              <w:t xml:space="preserve"> IP </w:t>
            </w:r>
            <w:proofErr w:type="spellStart"/>
            <w:r w:rsidRPr="00114A3B">
              <w:rPr>
                <w:rFonts w:ascii="Times New Roman" w:hAnsi="Times New Roman" w:cs="Times New Roman"/>
                <w:b w:val="0"/>
                <w:bCs w:val="0"/>
                <w:color w:val="auto"/>
                <w:sz w:val="28"/>
                <w:szCs w:val="28"/>
              </w:rPr>
              <w:t>chung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thuộc</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6374521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g)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Wifi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riêng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biệt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007ECBAD" w14:textId="77777777" w:rsidR="005B0048"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chịu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nội</w:t>
            </w:r>
            <w:proofErr w:type="spellEnd"/>
            <w:r w:rsidRPr="00114A3B">
              <w:rPr>
                <w:rFonts w:ascii="Times New Roman" w:hAnsi="Times New Roman" w:cs="Times New Roman"/>
                <w:b w:val="0"/>
                <w:bCs w:val="0"/>
                <w:color w:val="auto"/>
                <w:sz w:val="28"/>
                <w:szCs w:val="28"/>
              </w:rPr>
              <w:t xml:space="preserve"> dung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chặn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vi </w:t>
            </w:r>
            <w:proofErr w:type="spellStart"/>
            <w:r w:rsidRPr="00114A3B">
              <w:rPr>
                <w:rFonts w:ascii="Times New Roman" w:hAnsi="Times New Roman" w:cs="Times New Roman"/>
                <w:b w:val="0"/>
                <w:bCs w:val="0"/>
                <w:color w:val="auto"/>
                <w:sz w:val="28"/>
                <w:szCs w:val="28"/>
              </w:rPr>
              <w:t>vi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phạm</w:t>
            </w:r>
            <w:proofErr w:type="spellEnd"/>
            <w:r w:rsidRPr="00114A3B">
              <w:rPr>
                <w:rFonts w:ascii="Times New Roman" w:hAnsi="Times New Roman" w:cs="Times New Roman"/>
                <w:b w:val="0"/>
                <w:bCs w:val="0"/>
                <w:color w:val="auto"/>
                <w:sz w:val="28"/>
                <w:szCs w:val="28"/>
              </w:rPr>
              <w:t xml:space="preserve">. </w:t>
            </w:r>
          </w:p>
        </w:tc>
        <w:tc>
          <w:tcPr>
            <w:tcW w:w="3969" w:type="dxa"/>
          </w:tcPr>
          <w:p w14:paraId="1B58549C" w14:textId="746DA0D8"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 xml:space="preserve">Điều này được xây dựng nhằm bảo đảm hệ thống mạng và truyền dẫn của Trung tâm dữ liệu hoạt động ổn định, liên tục, </w:t>
            </w:r>
            <w:proofErr w:type="gramStart"/>
            <w:r>
              <w:rPr>
                <w:rFonts w:ascii="Times New Roman" w:hAnsi="Times New Roman"/>
                <w:sz w:val="28"/>
              </w:rPr>
              <w:t>an</w:t>
            </w:r>
            <w:proofErr w:type="gramEnd"/>
            <w:r>
              <w:rPr>
                <w:rFonts w:ascii="Times New Roman" w:hAnsi="Times New Roman"/>
                <w:sz w:val="28"/>
              </w:rPr>
              <w:t xml:space="preserve"> toàn, đáp ứng yêu cầu kỹ thuật và bảo mật. Việc quy định rõ các tiêu chuẩn, giải pháp kỹ thuật và chính sách kiểm soát truy cập góp phần phòng ngừa rủi ro, nâng cao khả năng phục hồi, bảo vệ tài sản số và bảo đảm chất lượng dịch vụ cung cấp.</w:t>
            </w:r>
          </w:p>
        </w:tc>
      </w:tr>
      <w:tr w:rsidR="00D74C2A" w:rsidRPr="00114A3B" w14:paraId="5ACEA368" w14:textId="77777777" w:rsidTr="00114A3B">
        <w:tc>
          <w:tcPr>
            <w:tcW w:w="1838" w:type="dxa"/>
          </w:tcPr>
          <w:p w14:paraId="312F912E"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08E15F61"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19. Sao </w:t>
            </w:r>
            <w:proofErr w:type="spellStart"/>
            <w:r w:rsidRPr="00114A3B">
              <w:rPr>
                <w:rFonts w:ascii="Times New Roman" w:hAnsi="Times New Roman" w:cs="Times New Roman"/>
                <w:color w:val="auto"/>
                <w:sz w:val="28"/>
                <w:szCs w:val="28"/>
              </w:rPr>
              <w:t>lưu</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phục</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hồi</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dữ</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liệu</w:t>
            </w:r>
            <w:proofErr w:type="spellEnd"/>
            <w:r w:rsidRPr="00114A3B">
              <w:rPr>
                <w:rFonts w:ascii="Times New Roman" w:hAnsi="Times New Roman" w:cs="Times New Roman"/>
                <w:color w:val="auto"/>
                <w:sz w:val="28"/>
                <w:szCs w:val="28"/>
              </w:rPr>
              <w:t xml:space="preserve"> </w:t>
            </w:r>
          </w:p>
          <w:p w14:paraId="4914B6E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w:t>
            </w:r>
            <w:proofErr w:type="spellStart"/>
            <w:r w:rsidRPr="00114A3B">
              <w:rPr>
                <w:rFonts w:ascii="Times New Roman" w:hAnsi="Times New Roman" w:cs="Times New Roman"/>
                <w:b w:val="0"/>
                <w:bCs w:val="0"/>
                <w:color w:val="auto"/>
                <w:sz w:val="28"/>
                <w:szCs w:val="28"/>
              </w:rPr>
              <w:t>Tạo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
          <w:p w14:paraId="3AB9E05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
          <w:p w14:paraId="07E0947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Chu </w:t>
            </w:r>
            <w:proofErr w:type="spellStart"/>
            <w:r w:rsidRPr="00114A3B">
              <w:rPr>
                <w:rFonts w:ascii="Times New Roman" w:hAnsi="Times New Roman" w:cs="Times New Roman"/>
                <w:b w:val="0"/>
                <w:bCs w:val="0"/>
                <w:color w:val="auto"/>
                <w:sz w:val="28"/>
                <w:szCs w:val="28"/>
              </w:rPr>
              <w:t>kỳ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nhất</w:t>
            </w:r>
            <w:proofErr w:type="spellEnd"/>
            <w:r w:rsidRPr="00114A3B">
              <w:rPr>
                <w:rFonts w:ascii="Times New Roman" w:hAnsi="Times New Roman" w:cs="Times New Roman"/>
                <w:b w:val="0"/>
                <w:bCs w:val="0"/>
                <w:color w:val="auto"/>
                <w:sz w:val="28"/>
                <w:szCs w:val="28"/>
              </w:rPr>
              <w:t xml:space="preserve"> 02 </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nhất</w:t>
            </w:r>
            <w:proofErr w:type="spellEnd"/>
            <w:r w:rsidRPr="00114A3B">
              <w:rPr>
                <w:rFonts w:ascii="Times New Roman" w:hAnsi="Times New Roman" w:cs="Times New Roman"/>
                <w:b w:val="0"/>
                <w:bCs w:val="0"/>
                <w:color w:val="auto"/>
                <w:sz w:val="28"/>
                <w:szCs w:val="28"/>
              </w:rPr>
              <w:t xml:space="preserve"> 04 </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 xml:space="preserve">; chu </w:t>
            </w:r>
            <w:proofErr w:type="spellStart"/>
            <w:r w:rsidRPr="00114A3B">
              <w:rPr>
                <w:rFonts w:ascii="Times New Roman" w:hAnsi="Times New Roman" w:cs="Times New Roman"/>
                <w:b w:val="0"/>
                <w:bCs w:val="0"/>
                <w:color w:val="auto"/>
                <w:sz w:val="28"/>
                <w:szCs w:val="28"/>
              </w:rPr>
              <w:t>kỳ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đổi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nhất</w:t>
            </w:r>
            <w:proofErr w:type="spellEnd"/>
            <w:r w:rsidRPr="00114A3B">
              <w:rPr>
                <w:rFonts w:ascii="Times New Roman" w:hAnsi="Times New Roman" w:cs="Times New Roman"/>
                <w:b w:val="0"/>
                <w:bCs w:val="0"/>
                <w:color w:val="auto"/>
                <w:sz w:val="28"/>
                <w:szCs w:val="28"/>
              </w:rPr>
              <w:t xml:space="preserve"> 01 </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
          <w:p w14:paraId="4DAB924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c)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chiếu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xóa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nhất</w:t>
            </w:r>
            <w:proofErr w:type="spellEnd"/>
            <w:r w:rsidRPr="00114A3B">
              <w:rPr>
                <w:rFonts w:ascii="Times New Roman" w:hAnsi="Times New Roman" w:cs="Times New Roman"/>
                <w:b w:val="0"/>
                <w:bCs w:val="0"/>
                <w:color w:val="auto"/>
                <w:sz w:val="28"/>
                <w:szCs w:val="28"/>
              </w:rPr>
              <w:t xml:space="preserve"> 01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chiếu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
          <w:p w14:paraId="4A17CF3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d) Thông tin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rõ</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0E744805" w14:textId="77777777" w:rsidR="005B0048"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trọng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phòng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ngừa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tc>
        <w:tc>
          <w:tcPr>
            <w:tcW w:w="3969" w:type="dxa"/>
          </w:tcPr>
          <w:p w14:paraId="1DFBAAA8" w14:textId="2CC086EA" w:rsidR="00FE250A" w:rsidRPr="00114A3B" w:rsidRDefault="00FE250A" w:rsidP="00114A3B">
            <w:pPr>
              <w:jc w:val="both"/>
              <w:rPr>
                <w:rFonts w:ascii="Times New Roman" w:hAnsi="Times New Roman" w:cs="Times New Roman"/>
                <w:sz w:val="28"/>
                <w:szCs w:val="28"/>
              </w:rPr>
            </w:pPr>
            <w:r>
              <w:rPr>
                <w:rFonts w:ascii="Times New Roman" w:hAnsi="Times New Roman"/>
                <w:sz w:val="28"/>
              </w:rPr>
              <w:t>Điều này được xây dựng nhằm bảo đảm an toàn dữ liệu, nâng cao khả năng phục hồi khi xảy ra sự cố, giảm thiểu rủi ro mất mát thông tin. Quy định về sao lưu, phục hồi dữ liệu góp phần duy trì hoạt động liên tục, bảo vệ tài sản số của Trung tâm dữ liệu, phù hợp với yêu cầu quản lý, vận hành hiện đại và các tiêu chuẩn an toàn thông tin.</w:t>
            </w:r>
          </w:p>
        </w:tc>
      </w:tr>
      <w:tr w:rsidR="00D74C2A" w:rsidRPr="00114A3B" w14:paraId="5543C97A" w14:textId="77777777" w:rsidTr="00114A3B">
        <w:tc>
          <w:tcPr>
            <w:tcW w:w="1838" w:type="dxa"/>
          </w:tcPr>
          <w:p w14:paraId="445FA559"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245715A2"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20. Bảo </w:t>
            </w:r>
            <w:proofErr w:type="spellStart"/>
            <w:r w:rsidRPr="00114A3B">
              <w:rPr>
                <w:rFonts w:ascii="Times New Roman" w:hAnsi="Times New Roman" w:cs="Times New Roman"/>
                <w:color w:val="auto"/>
                <w:sz w:val="28"/>
                <w:szCs w:val="28"/>
              </w:rPr>
              <w:t>trì</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bảo</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dưỡng</w:t>
            </w:r>
            <w:proofErr w:type="spellEnd"/>
            <w:r w:rsidRPr="00114A3B">
              <w:rPr>
                <w:rFonts w:ascii="Times New Roman" w:hAnsi="Times New Roman" w:cs="Times New Roman"/>
                <w:color w:val="auto"/>
                <w:sz w:val="28"/>
                <w:szCs w:val="28"/>
              </w:rPr>
              <w:t xml:space="preserve"> </w:t>
            </w:r>
          </w:p>
          <w:p w14:paraId="3BE5BA93"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
          <w:p w14:paraId="7733614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thuê</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0927023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đoạn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hưởng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388D88F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c) </w:t>
            </w:r>
            <w:proofErr w:type="spellStart"/>
            <w:r w:rsidRPr="00114A3B">
              <w:rPr>
                <w:rFonts w:ascii="Times New Roman" w:hAnsi="Times New Roman" w:cs="Times New Roman"/>
                <w:b w:val="0"/>
                <w:bCs w:val="0"/>
                <w:color w:val="auto"/>
                <w:sz w:val="28"/>
                <w:szCs w:val="28"/>
              </w:rPr>
              <w:t>Quá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đúng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
          <w:p w14:paraId="28CB7AE4"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(UPS): </w:t>
            </w:r>
          </w:p>
          <w:p w14:paraId="2136418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Tần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thiểu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mỗi</w:t>
            </w:r>
            <w:proofErr w:type="spellEnd"/>
            <w:r w:rsidRPr="00114A3B">
              <w:rPr>
                <w:rFonts w:ascii="Times New Roman" w:hAnsi="Times New Roman" w:cs="Times New Roman"/>
                <w:b w:val="0"/>
                <w:bCs w:val="0"/>
                <w:color w:val="auto"/>
                <w:sz w:val="28"/>
                <w:szCs w:val="28"/>
              </w:rPr>
              <w:t xml:space="preserve"> 06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
          <w:p w14:paraId="397D1443"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Các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0E7F32F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nghiệp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UPS; </w:t>
            </w:r>
          </w:p>
          <w:p w14:paraId="40D32BC3"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UPS; </w:t>
            </w:r>
          </w:p>
          <w:p w14:paraId="00429F4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UPS: </w:t>
            </w:r>
            <w:proofErr w:type="spellStart"/>
            <w:r w:rsidRPr="00114A3B">
              <w:rPr>
                <w:rFonts w:ascii="Times New Roman" w:hAnsi="Times New Roman" w:cs="Times New Roman"/>
                <w:b w:val="0"/>
                <w:bCs w:val="0"/>
                <w:color w:val="auto"/>
                <w:sz w:val="28"/>
                <w:szCs w:val="28"/>
              </w:rPr>
              <w:t>bảng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chỉnh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lastRenderedPageBreak/>
              <w:t>thế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cuộn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nguồn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cần</w:t>
            </w:r>
            <w:proofErr w:type="spellEnd"/>
            <w:r w:rsidRPr="00114A3B">
              <w:rPr>
                <w:rFonts w:ascii="Times New Roman" w:hAnsi="Times New Roman" w:cs="Times New Roman"/>
                <w:b w:val="0"/>
                <w:bCs w:val="0"/>
                <w:color w:val="auto"/>
                <w:sz w:val="28"/>
                <w:szCs w:val="28"/>
              </w:rPr>
              <w:t xml:space="preserve">); </w:t>
            </w:r>
          </w:p>
          <w:p w14:paraId="16E411B3"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nguồn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
          <w:p w14:paraId="4687C364"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nguồn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cần</w:t>
            </w:r>
            <w:proofErr w:type="spellEnd"/>
            <w:r w:rsidRPr="00114A3B">
              <w:rPr>
                <w:rFonts w:ascii="Times New Roman" w:hAnsi="Times New Roman" w:cs="Times New Roman"/>
                <w:b w:val="0"/>
                <w:bCs w:val="0"/>
                <w:color w:val="auto"/>
                <w:sz w:val="28"/>
                <w:szCs w:val="28"/>
              </w:rPr>
              <w:t xml:space="preserve">; </w:t>
            </w:r>
          </w:p>
          <w:p w14:paraId="615FA07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UPS; </w:t>
            </w:r>
          </w:p>
          <w:p w14:paraId="2C9C9A34"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0ED4789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khuyến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
          <w:p w14:paraId="0823C99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hòa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gió</w:t>
            </w:r>
            <w:proofErr w:type="spellEnd"/>
            <w:r w:rsidRPr="00114A3B">
              <w:rPr>
                <w:rFonts w:ascii="Times New Roman" w:hAnsi="Times New Roman" w:cs="Times New Roman"/>
                <w:b w:val="0"/>
                <w:bCs w:val="0"/>
                <w:color w:val="auto"/>
                <w:sz w:val="28"/>
                <w:szCs w:val="28"/>
              </w:rPr>
              <w:t xml:space="preserve">: </w:t>
            </w:r>
          </w:p>
          <w:p w14:paraId="5FF9ACA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Tần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thiểu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mỗi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quý</w:t>
            </w:r>
            <w:proofErr w:type="spellEnd"/>
            <w:r w:rsidRPr="00114A3B">
              <w:rPr>
                <w:rFonts w:ascii="Times New Roman" w:hAnsi="Times New Roman" w:cs="Times New Roman"/>
                <w:b w:val="0"/>
                <w:bCs w:val="0"/>
                <w:color w:val="auto"/>
                <w:sz w:val="28"/>
                <w:szCs w:val="28"/>
              </w:rPr>
              <w:t xml:space="preserve"> (03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01 </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
          <w:p w14:paraId="086153BE"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Các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thiểu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gồm</w:t>
            </w:r>
            <w:proofErr w:type="spellEnd"/>
            <w:r w:rsidRPr="00114A3B">
              <w:rPr>
                <w:rFonts w:ascii="Times New Roman" w:hAnsi="Times New Roman" w:cs="Times New Roman"/>
                <w:b w:val="0"/>
                <w:bCs w:val="0"/>
                <w:color w:val="auto"/>
                <w:sz w:val="28"/>
                <w:szCs w:val="28"/>
              </w:rPr>
              <w:t xml:space="preserve">: </w:t>
            </w:r>
          </w:p>
          <w:p w14:paraId="18D66808"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hòa</w:t>
            </w:r>
            <w:proofErr w:type="spellEnd"/>
            <w:r w:rsidRPr="00114A3B">
              <w:rPr>
                <w:rFonts w:ascii="Times New Roman" w:hAnsi="Times New Roman" w:cs="Times New Roman"/>
                <w:b w:val="0"/>
                <w:bCs w:val="0"/>
                <w:color w:val="auto"/>
                <w:sz w:val="28"/>
                <w:szCs w:val="28"/>
              </w:rPr>
              <w:t xml:space="preserve">: </w:t>
            </w:r>
          </w:p>
          <w:p w14:paraId="7461C3B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nghiệp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hòa</w:t>
            </w:r>
            <w:proofErr w:type="spellEnd"/>
            <w:r w:rsidRPr="00114A3B">
              <w:rPr>
                <w:rFonts w:ascii="Times New Roman" w:hAnsi="Times New Roman" w:cs="Times New Roman"/>
                <w:b w:val="0"/>
                <w:bCs w:val="0"/>
                <w:color w:val="auto"/>
                <w:sz w:val="28"/>
                <w:szCs w:val="28"/>
              </w:rPr>
              <w:t xml:space="preserve">; </w:t>
            </w:r>
          </w:p>
          <w:p w14:paraId="659EF26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vỏ</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ngoài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lạ</w:t>
            </w:r>
            <w:proofErr w:type="spellEnd"/>
            <w:r w:rsidRPr="00114A3B">
              <w:rPr>
                <w:rFonts w:ascii="Times New Roman" w:hAnsi="Times New Roman" w:cs="Times New Roman"/>
                <w:b w:val="0"/>
                <w:bCs w:val="0"/>
                <w:color w:val="auto"/>
                <w:sz w:val="28"/>
                <w:szCs w:val="28"/>
              </w:rPr>
              <w:t xml:space="preserve">); </w:t>
            </w:r>
          </w:p>
          <w:p w14:paraId="1DC6B4B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log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kiện</w:t>
            </w:r>
            <w:proofErr w:type="spellEnd"/>
            <w:r w:rsidRPr="00114A3B">
              <w:rPr>
                <w:rFonts w:ascii="Times New Roman" w:hAnsi="Times New Roman" w:cs="Times New Roman"/>
                <w:b w:val="0"/>
                <w:bCs w:val="0"/>
                <w:color w:val="auto"/>
                <w:sz w:val="28"/>
                <w:szCs w:val="28"/>
              </w:rPr>
              <w:t xml:space="preserve">); </w:t>
            </w:r>
          </w:p>
          <w:p w14:paraId="6B105D2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nóng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khiển</w:t>
            </w:r>
            <w:proofErr w:type="spellEnd"/>
            <w:r w:rsidRPr="00114A3B">
              <w:rPr>
                <w:rFonts w:ascii="Times New Roman" w:hAnsi="Times New Roman" w:cs="Times New Roman"/>
                <w:b w:val="0"/>
                <w:bCs w:val="0"/>
                <w:color w:val="auto"/>
                <w:sz w:val="28"/>
                <w:szCs w:val="28"/>
              </w:rPr>
              <w:t xml:space="preserve">; </w:t>
            </w:r>
          </w:p>
          <w:p w14:paraId="6DD348C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curoa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ngưng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ẩm</w:t>
            </w:r>
            <w:proofErr w:type="spellEnd"/>
            <w:r w:rsidRPr="00114A3B">
              <w:rPr>
                <w:rFonts w:ascii="Times New Roman" w:hAnsi="Times New Roman" w:cs="Times New Roman"/>
                <w:b w:val="0"/>
                <w:bCs w:val="0"/>
                <w:color w:val="auto"/>
                <w:sz w:val="28"/>
                <w:szCs w:val="28"/>
              </w:rPr>
              <w:t xml:space="preserve">, van </w:t>
            </w:r>
            <w:proofErr w:type="spellStart"/>
            <w:r w:rsidRPr="00114A3B">
              <w:rPr>
                <w:rFonts w:ascii="Times New Roman" w:hAnsi="Times New Roman" w:cs="Times New Roman"/>
                <w:b w:val="0"/>
                <w:bCs w:val="0"/>
                <w:color w:val="auto"/>
                <w:sz w:val="28"/>
                <w:szCs w:val="28"/>
              </w:rPr>
              <w:t>tiết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thoát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nước</w:t>
            </w:r>
            <w:proofErr w:type="spellEnd"/>
            <w:r w:rsidRPr="00114A3B">
              <w:rPr>
                <w:rFonts w:ascii="Times New Roman" w:hAnsi="Times New Roman" w:cs="Times New Roman"/>
                <w:b w:val="0"/>
                <w:bCs w:val="0"/>
                <w:color w:val="auto"/>
                <w:sz w:val="28"/>
                <w:szCs w:val="28"/>
              </w:rPr>
              <w:t xml:space="preserve">; </w:t>
            </w:r>
          </w:p>
          <w:p w14:paraId="5D9B2A58"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dẫn</w:t>
            </w:r>
            <w:proofErr w:type="spellEnd"/>
            <w:r w:rsidRPr="00114A3B">
              <w:rPr>
                <w:rFonts w:ascii="Times New Roman" w:hAnsi="Times New Roman" w:cs="Times New Roman"/>
                <w:b w:val="0"/>
                <w:bCs w:val="0"/>
                <w:color w:val="auto"/>
                <w:sz w:val="28"/>
                <w:szCs w:val="28"/>
              </w:rPr>
              <w:t xml:space="preserve"> ga: </w:t>
            </w:r>
            <w:proofErr w:type="spellStart"/>
            <w:r w:rsidRPr="00114A3B">
              <w:rPr>
                <w:rFonts w:ascii="Times New Roman" w:hAnsi="Times New Roman" w:cs="Times New Roman"/>
                <w:b w:val="0"/>
                <w:bCs w:val="0"/>
                <w:color w:val="auto"/>
                <w:sz w:val="28"/>
                <w:szCs w:val="28"/>
              </w:rPr>
              <w:t>rơle</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ống</w:t>
            </w:r>
            <w:proofErr w:type="spellEnd"/>
            <w:r w:rsidRPr="00114A3B">
              <w:rPr>
                <w:rFonts w:ascii="Times New Roman" w:hAnsi="Times New Roman" w:cs="Times New Roman"/>
                <w:b w:val="0"/>
                <w:bCs w:val="0"/>
                <w:color w:val="auto"/>
                <w:sz w:val="28"/>
                <w:szCs w:val="28"/>
              </w:rPr>
              <w:t xml:space="preserve"> ga,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rò</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rỉ</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dòng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
          <w:p w14:paraId="24B4532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hòa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rơle</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nguồn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đấu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w:t>
            </w:r>
          </w:p>
          <w:p w14:paraId="34E6C933"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14C16EB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khuyến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
          <w:p w14:paraId="5BC02283"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lỏng</w:t>
            </w:r>
            <w:proofErr w:type="spellEnd"/>
            <w:r w:rsidRPr="00114A3B">
              <w:rPr>
                <w:rFonts w:ascii="Times New Roman" w:hAnsi="Times New Roman" w:cs="Times New Roman"/>
                <w:b w:val="0"/>
                <w:bCs w:val="0"/>
                <w:color w:val="auto"/>
                <w:sz w:val="28"/>
                <w:szCs w:val="28"/>
              </w:rPr>
              <w:t xml:space="preserve">: </w:t>
            </w:r>
          </w:p>
          <w:p w14:paraId="74F8EDD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dùng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lỏng</w:t>
            </w:r>
            <w:proofErr w:type="spellEnd"/>
            <w:r w:rsidRPr="00114A3B">
              <w:rPr>
                <w:rFonts w:ascii="Times New Roman" w:hAnsi="Times New Roman" w:cs="Times New Roman"/>
                <w:b w:val="0"/>
                <w:bCs w:val="0"/>
                <w:color w:val="auto"/>
                <w:sz w:val="28"/>
                <w:szCs w:val="28"/>
              </w:rPr>
              <w:t xml:space="preserve">; </w:t>
            </w:r>
          </w:p>
          <w:p w14:paraId="0CC9C47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nguồn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mạch</w:t>
            </w:r>
            <w:proofErr w:type="spellEnd"/>
            <w:r w:rsidRPr="00114A3B">
              <w:rPr>
                <w:rFonts w:ascii="Times New Roman" w:hAnsi="Times New Roman" w:cs="Times New Roman"/>
                <w:b w:val="0"/>
                <w:bCs w:val="0"/>
                <w:color w:val="auto"/>
                <w:sz w:val="28"/>
                <w:szCs w:val="28"/>
              </w:rPr>
              <w:t xml:space="preserve">; </w:t>
            </w:r>
          </w:p>
          <w:p w14:paraId="33832E9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lỏng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lỏng</w:t>
            </w:r>
            <w:proofErr w:type="spellEnd"/>
            <w:r w:rsidRPr="00114A3B">
              <w:rPr>
                <w:rFonts w:ascii="Times New Roman" w:hAnsi="Times New Roman" w:cs="Times New Roman"/>
                <w:b w:val="0"/>
                <w:bCs w:val="0"/>
                <w:color w:val="auto"/>
                <w:sz w:val="28"/>
                <w:szCs w:val="28"/>
              </w:rPr>
              <w:t xml:space="preserve">; </w:t>
            </w:r>
          </w:p>
          <w:p w14:paraId="4A9F78D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62EC11C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khuyến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
          <w:p w14:paraId="15738758"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môi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trường</w:t>
            </w:r>
            <w:proofErr w:type="spellEnd"/>
            <w:r w:rsidRPr="00114A3B">
              <w:rPr>
                <w:rFonts w:ascii="Times New Roman" w:hAnsi="Times New Roman" w:cs="Times New Roman"/>
                <w:b w:val="0"/>
                <w:bCs w:val="0"/>
                <w:color w:val="auto"/>
                <w:sz w:val="28"/>
                <w:szCs w:val="28"/>
              </w:rPr>
              <w:t xml:space="preserve">: </w:t>
            </w:r>
          </w:p>
          <w:p w14:paraId="0C1BF258"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biến</w:t>
            </w:r>
            <w:proofErr w:type="spellEnd"/>
            <w:r w:rsidRPr="00114A3B">
              <w:rPr>
                <w:rFonts w:ascii="Times New Roman" w:hAnsi="Times New Roman" w:cs="Times New Roman"/>
                <w:b w:val="0"/>
                <w:bCs w:val="0"/>
                <w:color w:val="auto"/>
                <w:sz w:val="28"/>
                <w:szCs w:val="28"/>
              </w:rPr>
              <w:t xml:space="preserve">; </w:t>
            </w:r>
          </w:p>
          <w:p w14:paraId="272CD65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biến</w:t>
            </w:r>
            <w:proofErr w:type="spellEnd"/>
            <w:r w:rsidRPr="00114A3B">
              <w:rPr>
                <w:rFonts w:ascii="Times New Roman" w:hAnsi="Times New Roman" w:cs="Times New Roman"/>
                <w:b w:val="0"/>
                <w:bCs w:val="0"/>
                <w:color w:val="auto"/>
                <w:sz w:val="28"/>
                <w:szCs w:val="28"/>
              </w:rPr>
              <w:t xml:space="preserve">; </w:t>
            </w:r>
          </w:p>
          <w:p w14:paraId="7E2870B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
          <w:p w14:paraId="70783E5E"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khuyến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
          <w:p w14:paraId="4FFD96F5"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4.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soát</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ninh</w:t>
            </w:r>
            <w:proofErr w:type="spellEnd"/>
            <w:r w:rsidRPr="00114A3B">
              <w:rPr>
                <w:rFonts w:ascii="Times New Roman" w:hAnsi="Times New Roman" w:cs="Times New Roman"/>
                <w:b w:val="0"/>
                <w:bCs w:val="0"/>
                <w:color w:val="auto"/>
                <w:sz w:val="28"/>
                <w:szCs w:val="28"/>
              </w:rPr>
              <w:t xml:space="preserve">: </w:t>
            </w:r>
          </w:p>
          <w:p w14:paraId="4E9503C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Tần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thiểu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mỗi</w:t>
            </w:r>
            <w:proofErr w:type="spellEnd"/>
            <w:r w:rsidRPr="00114A3B">
              <w:rPr>
                <w:rFonts w:ascii="Times New Roman" w:hAnsi="Times New Roman" w:cs="Times New Roman"/>
                <w:b w:val="0"/>
                <w:bCs w:val="0"/>
                <w:color w:val="auto"/>
                <w:sz w:val="28"/>
                <w:szCs w:val="28"/>
              </w:rPr>
              <w:t xml:space="preserve"> 06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
          <w:p w14:paraId="45BDD948"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Các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1F4574A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nghiệp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camera, </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thẻ</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4698E7C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camera, </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thẻ</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khiển</w:t>
            </w:r>
            <w:proofErr w:type="spellEnd"/>
            <w:r w:rsidRPr="00114A3B">
              <w:rPr>
                <w:rFonts w:ascii="Times New Roman" w:hAnsi="Times New Roman" w:cs="Times New Roman"/>
                <w:b w:val="0"/>
                <w:bCs w:val="0"/>
                <w:color w:val="auto"/>
                <w:sz w:val="28"/>
                <w:szCs w:val="28"/>
              </w:rPr>
              <w:t xml:space="preserve">; </w:t>
            </w:r>
          </w:p>
          <w:p w14:paraId="7301D26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
          <w:p w14:paraId="27F2A4D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khuyến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
          <w:p w14:paraId="22A9E4A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5.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phòng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chữa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cháy</w:t>
            </w:r>
            <w:proofErr w:type="spellEnd"/>
            <w:r w:rsidRPr="00114A3B">
              <w:rPr>
                <w:rFonts w:ascii="Times New Roman" w:hAnsi="Times New Roman" w:cs="Times New Roman"/>
                <w:b w:val="0"/>
                <w:bCs w:val="0"/>
                <w:color w:val="auto"/>
                <w:sz w:val="28"/>
                <w:szCs w:val="28"/>
              </w:rPr>
              <w:t xml:space="preserve">: </w:t>
            </w:r>
          </w:p>
          <w:p w14:paraId="6AB4D43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Tần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thiểu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mỗi</w:t>
            </w:r>
            <w:proofErr w:type="spellEnd"/>
            <w:r w:rsidRPr="00114A3B">
              <w:rPr>
                <w:rFonts w:ascii="Times New Roman" w:hAnsi="Times New Roman" w:cs="Times New Roman"/>
                <w:b w:val="0"/>
                <w:bCs w:val="0"/>
                <w:color w:val="auto"/>
                <w:sz w:val="28"/>
                <w:szCs w:val="28"/>
              </w:rPr>
              <w:t xml:space="preserve"> 06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
          <w:p w14:paraId="363F53F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Các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36853E3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nghiệp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30AFA343"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đèn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còi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biến</w:t>
            </w:r>
            <w:proofErr w:type="spellEnd"/>
            <w:r w:rsidRPr="00114A3B">
              <w:rPr>
                <w:rFonts w:ascii="Times New Roman" w:hAnsi="Times New Roman" w:cs="Times New Roman"/>
                <w:b w:val="0"/>
                <w:bCs w:val="0"/>
                <w:color w:val="auto"/>
                <w:sz w:val="28"/>
                <w:szCs w:val="28"/>
              </w:rPr>
              <w:t xml:space="preserve">; </w:t>
            </w:r>
          </w:p>
          <w:p w14:paraId="5D17036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nút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ngắt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khí</w:t>
            </w:r>
            <w:proofErr w:type="spellEnd"/>
            <w:r w:rsidRPr="00114A3B">
              <w:rPr>
                <w:rFonts w:ascii="Times New Roman" w:hAnsi="Times New Roman" w:cs="Times New Roman"/>
                <w:b w:val="0"/>
                <w:bCs w:val="0"/>
                <w:color w:val="auto"/>
                <w:sz w:val="28"/>
                <w:szCs w:val="28"/>
              </w:rPr>
              <w:t xml:space="preserve">; </w:t>
            </w:r>
          </w:p>
          <w:p w14:paraId="56EB4E6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chữa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cháy</w:t>
            </w:r>
            <w:proofErr w:type="spellEnd"/>
            <w:r w:rsidRPr="00114A3B">
              <w:rPr>
                <w:rFonts w:ascii="Times New Roman" w:hAnsi="Times New Roman" w:cs="Times New Roman"/>
                <w:b w:val="0"/>
                <w:bCs w:val="0"/>
                <w:color w:val="auto"/>
                <w:sz w:val="28"/>
                <w:szCs w:val="28"/>
              </w:rPr>
              <w:t xml:space="preserve">; </w:t>
            </w:r>
          </w:p>
          <w:p w14:paraId="1C2ABAA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chữa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cháy</w:t>
            </w:r>
            <w:proofErr w:type="spellEnd"/>
            <w:r w:rsidRPr="00114A3B">
              <w:rPr>
                <w:rFonts w:ascii="Times New Roman" w:hAnsi="Times New Roman" w:cs="Times New Roman"/>
                <w:b w:val="0"/>
                <w:bCs w:val="0"/>
                <w:color w:val="auto"/>
                <w:sz w:val="28"/>
                <w:szCs w:val="28"/>
              </w:rPr>
              <w:t xml:space="preserve">; </w:t>
            </w:r>
          </w:p>
          <w:p w14:paraId="2E47633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
          <w:p w14:paraId="03B6514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khuyến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
          <w:p w14:paraId="04590D4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6.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
          <w:p w14:paraId="675E1EC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Tần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thiểu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mỗi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quý</w:t>
            </w:r>
            <w:proofErr w:type="spellEnd"/>
            <w:r w:rsidRPr="00114A3B">
              <w:rPr>
                <w:rFonts w:ascii="Times New Roman" w:hAnsi="Times New Roman" w:cs="Times New Roman"/>
                <w:b w:val="0"/>
                <w:bCs w:val="0"/>
                <w:color w:val="auto"/>
                <w:sz w:val="28"/>
                <w:szCs w:val="28"/>
              </w:rPr>
              <w:t xml:space="preserve"> (03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01 </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
          <w:p w14:paraId="20CF798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b) Các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52771E7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01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
          <w:p w14:paraId="3ED7B76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
          <w:p w14:paraId="74A4E3C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
          <w:p w14:paraId="74C2596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
          <w:p w14:paraId="5EED7D3E"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khuyến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
          <w:p w14:paraId="57EA9AD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7.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
          <w:p w14:paraId="5E43632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Tần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thiểu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mỗi</w:t>
            </w:r>
            <w:proofErr w:type="spellEnd"/>
            <w:r w:rsidRPr="00114A3B">
              <w:rPr>
                <w:rFonts w:ascii="Times New Roman" w:hAnsi="Times New Roman" w:cs="Times New Roman"/>
                <w:b w:val="0"/>
                <w:bCs w:val="0"/>
                <w:color w:val="auto"/>
                <w:sz w:val="28"/>
                <w:szCs w:val="28"/>
              </w:rPr>
              <w:t xml:space="preserve"> 06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
          <w:p w14:paraId="5A40A83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Các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7D820AE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01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
          <w:p w14:paraId="00E9910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
          <w:p w14:paraId="1B6E2B5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
          <w:p w14:paraId="6C81620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
          <w:p w14:paraId="3A99849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khuyến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
          <w:p w14:paraId="2E8043F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8.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09BCFE0E"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Tần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thiểu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mỗi</w:t>
            </w:r>
            <w:proofErr w:type="spellEnd"/>
            <w:r w:rsidRPr="00114A3B">
              <w:rPr>
                <w:rFonts w:ascii="Times New Roman" w:hAnsi="Times New Roman" w:cs="Times New Roman"/>
                <w:b w:val="0"/>
                <w:bCs w:val="0"/>
                <w:color w:val="auto"/>
                <w:sz w:val="28"/>
                <w:szCs w:val="28"/>
              </w:rPr>
              <w:t xml:space="preserve"> 06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
          <w:p w14:paraId="326B1AF4"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Các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51F5E18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nghiệp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60D8C3B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nguồn</w:t>
            </w:r>
            <w:proofErr w:type="spellEnd"/>
            <w:r w:rsidRPr="00114A3B">
              <w:rPr>
                <w:rFonts w:ascii="Times New Roman" w:hAnsi="Times New Roman" w:cs="Times New Roman"/>
                <w:b w:val="0"/>
                <w:bCs w:val="0"/>
                <w:color w:val="auto"/>
                <w:sz w:val="28"/>
                <w:szCs w:val="28"/>
              </w:rPr>
              <w:t xml:space="preserve">; </w:t>
            </w:r>
          </w:p>
          <w:p w14:paraId="76D82F1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
          <w:p w14:paraId="5E949F96"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những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khuyến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
        </w:tc>
        <w:tc>
          <w:tcPr>
            <w:tcW w:w="3969" w:type="dxa"/>
          </w:tcPr>
          <w:p w14:paraId="06BB29EB" w14:textId="71049001"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Điều này được xây dựng nhằm bảo đảm công tác bảo trì, bảo dưỡng hệ thống tại Trung tâm dữ liệu được thực hiện định kỳ, đúng quy trình, không làm gián đoạn hoạt động dịch vụ. Việc ghi nhật ký, kiểm soát quy trình bảo trì góp phần nâng cao hiệu quả vận hành, phòng ngừa sự cố và kéo dài tuổi thọ thiết bị, hệ thống.</w:t>
            </w:r>
          </w:p>
        </w:tc>
      </w:tr>
      <w:tr w:rsidR="00D74C2A" w:rsidRPr="00114A3B" w14:paraId="064B840D" w14:textId="77777777" w:rsidTr="00114A3B">
        <w:tc>
          <w:tcPr>
            <w:tcW w:w="1838" w:type="dxa"/>
          </w:tcPr>
          <w:p w14:paraId="24953480"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0B0BCA8D"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21. </w:t>
            </w:r>
            <w:proofErr w:type="spellStart"/>
            <w:r w:rsidRPr="00114A3B">
              <w:rPr>
                <w:rFonts w:ascii="Times New Roman" w:hAnsi="Times New Roman" w:cs="Times New Roman"/>
                <w:color w:val="auto"/>
                <w:sz w:val="28"/>
                <w:szCs w:val="28"/>
              </w:rPr>
              <w:t>Xử</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lý</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sự</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cố</w:t>
            </w:r>
            <w:proofErr w:type="spellEnd"/>
            <w:r w:rsidRPr="00114A3B">
              <w:rPr>
                <w:rFonts w:ascii="Times New Roman" w:hAnsi="Times New Roman" w:cs="Times New Roman"/>
                <w:color w:val="auto"/>
                <w:sz w:val="28"/>
                <w:szCs w:val="28"/>
              </w:rPr>
              <w:t xml:space="preserve"> </w:t>
            </w:r>
          </w:p>
          <w:p w14:paraId="5E66319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Khi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xảy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hưởng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đồng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
          <w:p w14:paraId="1189CB7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nhóm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9 </w:t>
            </w:r>
            <w:proofErr w:type="spellStart"/>
            <w:r w:rsidRPr="00114A3B">
              <w:rPr>
                <w:rFonts w:ascii="Times New Roman" w:hAnsi="Times New Roman" w:cs="Times New Roman"/>
                <w:b w:val="0"/>
                <w:bCs w:val="0"/>
                <w:color w:val="auto"/>
                <w:sz w:val="28"/>
                <w:szCs w:val="28"/>
              </w:rPr>
              <w:t>Quyết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05/2017/QĐ-</w:t>
            </w:r>
            <w:proofErr w:type="spellStart"/>
            <w:r w:rsidRPr="00114A3B">
              <w:rPr>
                <w:rFonts w:ascii="Times New Roman" w:hAnsi="Times New Roman" w:cs="Times New Roman"/>
                <w:b w:val="0"/>
                <w:bCs w:val="0"/>
                <w:color w:val="auto"/>
                <w:sz w:val="28"/>
                <w:szCs w:val="28"/>
              </w:rPr>
              <w:t>TTg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16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 xml:space="preserve"> 3 </w:t>
            </w:r>
            <w:proofErr w:type="spellStart"/>
            <w:r w:rsidRPr="00114A3B">
              <w:rPr>
                <w:rFonts w:ascii="Times New Roman" w:hAnsi="Times New Roman" w:cs="Times New Roman"/>
                <w:b w:val="0"/>
                <w:bCs w:val="0"/>
                <w:color w:val="auto"/>
                <w:sz w:val="28"/>
                <w:szCs w:val="28"/>
              </w:rPr>
              <w:t>năm</w:t>
            </w:r>
            <w:proofErr w:type="spellEnd"/>
            <w:r w:rsidRPr="00114A3B">
              <w:rPr>
                <w:rFonts w:ascii="Times New Roman" w:hAnsi="Times New Roman" w:cs="Times New Roman"/>
                <w:b w:val="0"/>
                <w:bCs w:val="0"/>
                <w:color w:val="auto"/>
                <w:sz w:val="28"/>
                <w:szCs w:val="28"/>
              </w:rPr>
              <w:t xml:space="preserve"> 2017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tướng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phủ</w:t>
            </w:r>
            <w:proofErr w:type="spellEnd"/>
            <w:r w:rsidRPr="00114A3B">
              <w:rPr>
                <w:rFonts w:ascii="Times New Roman" w:hAnsi="Times New Roman" w:cs="Times New Roman"/>
                <w:b w:val="0"/>
                <w:bCs w:val="0"/>
                <w:color w:val="auto"/>
                <w:sz w:val="28"/>
                <w:szCs w:val="28"/>
              </w:rPr>
              <w:t xml:space="preserve"> ban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phương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quốc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cứ</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phương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hưởng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loại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02 (</w:t>
            </w:r>
            <w:proofErr w:type="spellStart"/>
            <w:r w:rsidRPr="00114A3B">
              <w:rPr>
                <w:rFonts w:ascii="Times New Roman" w:hAnsi="Times New Roman" w:cs="Times New Roman"/>
                <w:b w:val="0"/>
                <w:bCs w:val="0"/>
                <w:color w:val="auto"/>
                <w:sz w:val="28"/>
                <w:szCs w:val="28"/>
              </w:rPr>
              <w:t>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mức</w:t>
            </w:r>
            <w:proofErr w:type="spellEnd"/>
            <w:r w:rsidRPr="00114A3B">
              <w:rPr>
                <w:rFonts w:ascii="Times New Roman" w:hAnsi="Times New Roman" w:cs="Times New Roman"/>
                <w:b w:val="0"/>
                <w:bCs w:val="0"/>
                <w:color w:val="auto"/>
                <w:sz w:val="28"/>
                <w:szCs w:val="28"/>
              </w:rPr>
              <w:t xml:space="preserve">, bao </w:t>
            </w:r>
            <w:proofErr w:type="spellStart"/>
            <w:r w:rsidRPr="00114A3B">
              <w:rPr>
                <w:rFonts w:ascii="Times New Roman" w:hAnsi="Times New Roman" w:cs="Times New Roman"/>
                <w:b w:val="0"/>
                <w:bCs w:val="0"/>
                <w:color w:val="auto"/>
                <w:sz w:val="28"/>
                <w:szCs w:val="28"/>
              </w:rPr>
              <w:t>gồm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nghiêm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trọng</w:t>
            </w:r>
            <w:proofErr w:type="spellEnd"/>
            <w:r w:rsidRPr="00114A3B">
              <w:rPr>
                <w:rFonts w:ascii="Times New Roman" w:hAnsi="Times New Roman" w:cs="Times New Roman"/>
                <w:b w:val="0"/>
                <w:bCs w:val="0"/>
                <w:color w:val="auto"/>
                <w:sz w:val="28"/>
                <w:szCs w:val="28"/>
              </w:rPr>
              <w:t xml:space="preserve">: </w:t>
            </w:r>
          </w:p>
          <w:p w14:paraId="6E5085D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hưởng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nhanh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chóng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tổ</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Trường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quyết</w:t>
            </w:r>
            <w:proofErr w:type="spellEnd"/>
            <w:r w:rsidRPr="00114A3B">
              <w:rPr>
                <w:rFonts w:ascii="Times New Roman" w:hAnsi="Times New Roman" w:cs="Times New Roman"/>
                <w:b w:val="0"/>
                <w:bCs w:val="0"/>
                <w:color w:val="auto"/>
                <w:sz w:val="28"/>
                <w:szCs w:val="28"/>
              </w:rPr>
              <w:t xml:space="preserve">; </w:t>
            </w:r>
          </w:p>
          <w:p w14:paraId="222BD74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nghiêm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trọng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hưởng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thiệt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hưởng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lastRenderedPageBreak/>
              <w:t>phương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phương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
          <w:p w14:paraId="06EFC6B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tắc</w:t>
            </w:r>
            <w:proofErr w:type="spellEnd"/>
            <w:r w:rsidRPr="00114A3B">
              <w:rPr>
                <w:rFonts w:ascii="Times New Roman" w:hAnsi="Times New Roman" w:cs="Times New Roman"/>
                <w:b w:val="0"/>
                <w:bCs w:val="0"/>
                <w:color w:val="auto"/>
                <w:sz w:val="28"/>
                <w:szCs w:val="28"/>
              </w:rPr>
              <w:t xml:space="preserve">: </w:t>
            </w:r>
          </w:p>
          <w:p w14:paraId="37A84715"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luật</w:t>
            </w:r>
            <w:proofErr w:type="spellEnd"/>
            <w:r w:rsidRPr="00114A3B">
              <w:rPr>
                <w:rFonts w:ascii="Times New Roman" w:hAnsi="Times New Roman" w:cs="Times New Roman"/>
                <w:b w:val="0"/>
                <w:bCs w:val="0"/>
                <w:color w:val="auto"/>
                <w:sz w:val="28"/>
                <w:szCs w:val="28"/>
              </w:rPr>
              <w:t xml:space="preserve">; </w:t>
            </w:r>
          </w:p>
          <w:p w14:paraId="4DBBC53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tuyệt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người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3789F85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c) Các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trọng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
          <w:p w14:paraId="430828B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d) </w:t>
            </w:r>
            <w:proofErr w:type="spellStart"/>
            <w:r w:rsidRPr="00114A3B">
              <w:rPr>
                <w:rFonts w:ascii="Times New Roman" w:hAnsi="Times New Roman" w:cs="Times New Roman"/>
                <w:b w:val="0"/>
                <w:bCs w:val="0"/>
                <w:color w:val="auto"/>
                <w:sz w:val="28"/>
                <w:szCs w:val="28"/>
              </w:rPr>
              <w:t>Ghi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chỗ</w:t>
            </w:r>
            <w:proofErr w:type="spellEnd"/>
            <w:r w:rsidRPr="00114A3B">
              <w:rPr>
                <w:rFonts w:ascii="Times New Roman" w:hAnsi="Times New Roman" w:cs="Times New Roman"/>
                <w:b w:val="0"/>
                <w:bCs w:val="0"/>
                <w:color w:val="auto"/>
                <w:sz w:val="28"/>
                <w:szCs w:val="28"/>
              </w:rPr>
              <w:t xml:space="preserve">; </w:t>
            </w:r>
          </w:p>
          <w:p w14:paraId="2B1001C0"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đ) Trường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vượt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cứu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mạng</w:t>
            </w:r>
            <w:proofErr w:type="spellEnd"/>
            <w:r w:rsidRPr="00114A3B">
              <w:rPr>
                <w:rFonts w:ascii="Times New Roman" w:hAnsi="Times New Roman" w:cs="Times New Roman"/>
                <w:b w:val="0"/>
                <w:bCs w:val="0"/>
                <w:color w:val="auto"/>
                <w:sz w:val="28"/>
                <w:szCs w:val="28"/>
              </w:rPr>
              <w:t xml:space="preserve"> Việt Nam (VNCERT) </w:t>
            </w:r>
            <w:proofErr w:type="spellStart"/>
            <w:r w:rsidRPr="00114A3B">
              <w:rPr>
                <w:rFonts w:ascii="Times New Roman" w:hAnsi="Times New Roman" w:cs="Times New Roman"/>
                <w:b w:val="0"/>
                <w:bCs w:val="0"/>
                <w:color w:val="auto"/>
                <w:sz w:val="28"/>
                <w:szCs w:val="28"/>
              </w:rPr>
              <w:t>phối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chặn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
          <w:p w14:paraId="201FFED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e) Thông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
          <w:p w14:paraId="06803AA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g)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nghiêm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trọng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biệt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nghiêm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trọng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vòng</w:t>
            </w:r>
            <w:proofErr w:type="spellEnd"/>
            <w:r w:rsidRPr="00114A3B">
              <w:rPr>
                <w:rFonts w:ascii="Times New Roman" w:hAnsi="Times New Roman" w:cs="Times New Roman"/>
                <w:b w:val="0"/>
                <w:bCs w:val="0"/>
                <w:color w:val="auto"/>
                <w:sz w:val="28"/>
                <w:szCs w:val="28"/>
              </w:rPr>
              <w:t xml:space="preserve"> 24 (</w:t>
            </w:r>
            <w:proofErr w:type="spellStart"/>
            <w:r w:rsidRPr="00114A3B">
              <w:rPr>
                <w:rFonts w:ascii="Times New Roman" w:hAnsi="Times New Roman" w:cs="Times New Roman"/>
                <w:b w:val="0"/>
                <w:bCs w:val="0"/>
                <w:color w:val="auto"/>
                <w:sz w:val="28"/>
                <w:szCs w:val="28"/>
              </w:rPr>
              <w:t>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mươi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bốn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giờ</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
          <w:p w14:paraId="0056C328"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h) </w:t>
            </w:r>
            <w:proofErr w:type="spellStart"/>
            <w:r w:rsidRPr="00114A3B">
              <w:rPr>
                <w:rFonts w:ascii="Times New Roman" w:hAnsi="Times New Roman" w:cs="Times New Roman"/>
                <w:b w:val="0"/>
                <w:bCs w:val="0"/>
                <w:color w:val="auto"/>
                <w:sz w:val="28"/>
                <w:szCs w:val="28"/>
              </w:rPr>
              <w:t>Ghi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chi </w:t>
            </w:r>
            <w:proofErr w:type="spellStart"/>
            <w:r w:rsidRPr="00114A3B">
              <w:rPr>
                <w:rFonts w:ascii="Times New Roman" w:hAnsi="Times New Roman" w:cs="Times New Roman"/>
                <w:b w:val="0"/>
                <w:bCs w:val="0"/>
                <w:color w:val="auto"/>
                <w:sz w:val="28"/>
                <w:szCs w:val="28"/>
              </w:rPr>
              <w:t>tiết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kiện</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tương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tự</w:t>
            </w:r>
            <w:proofErr w:type="spellEnd"/>
            <w:r w:rsidRPr="00114A3B">
              <w:rPr>
                <w:rFonts w:ascii="Times New Roman" w:hAnsi="Times New Roman" w:cs="Times New Roman"/>
                <w:b w:val="0"/>
                <w:bCs w:val="0"/>
                <w:color w:val="auto"/>
                <w:sz w:val="28"/>
                <w:szCs w:val="28"/>
              </w:rPr>
              <w:t xml:space="preserve">. </w:t>
            </w:r>
          </w:p>
        </w:tc>
        <w:tc>
          <w:tcPr>
            <w:tcW w:w="3969" w:type="dxa"/>
          </w:tcPr>
          <w:p w14:paraId="1B8988A3" w14:textId="57155DC3"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 xml:space="preserve">Quy định này nhằm bảo đảm quy trình xử lý sự cố tại Trung tâm dữ liệu được thực hiện kịp thời, đúng quy định, hạn chế tối đa ảnh hưởng đến hoạt động của hệ thống. Việc phân loại, báo cáo, lưu trữ thông tin sự cố và phối hợp xử lý góp phần nâng cao khả năng ứng phó, phục hồi, bảo vệ tài sản số và duy trì hoạt động liên tục, </w:t>
            </w:r>
            <w:proofErr w:type="gramStart"/>
            <w:r>
              <w:rPr>
                <w:rFonts w:ascii="Times New Roman" w:hAnsi="Times New Roman"/>
                <w:sz w:val="28"/>
              </w:rPr>
              <w:t>an</w:t>
            </w:r>
            <w:proofErr w:type="gramEnd"/>
            <w:r>
              <w:rPr>
                <w:rFonts w:ascii="Times New Roman" w:hAnsi="Times New Roman"/>
                <w:sz w:val="28"/>
              </w:rPr>
              <w:t xml:space="preserve"> toàn.</w:t>
            </w:r>
          </w:p>
        </w:tc>
      </w:tr>
      <w:tr w:rsidR="00D74C2A" w:rsidRPr="00114A3B" w14:paraId="1655CF4E" w14:textId="77777777" w:rsidTr="00114A3B">
        <w:tc>
          <w:tcPr>
            <w:tcW w:w="1838" w:type="dxa"/>
          </w:tcPr>
          <w:p w14:paraId="1A159661"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4936CECB"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22. </w:t>
            </w:r>
            <w:proofErr w:type="spellStart"/>
            <w:r w:rsidRPr="00114A3B">
              <w:rPr>
                <w:rFonts w:ascii="Times New Roman" w:hAnsi="Times New Roman" w:cs="Times New Roman"/>
                <w:color w:val="auto"/>
                <w:sz w:val="28"/>
                <w:szCs w:val="28"/>
              </w:rPr>
              <w:t>Kiểm</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tra</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báo</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cáo</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định</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kỳ</w:t>
            </w:r>
            <w:proofErr w:type="spellEnd"/>
            <w:r w:rsidRPr="00114A3B">
              <w:rPr>
                <w:rFonts w:ascii="Times New Roman" w:hAnsi="Times New Roman" w:cs="Times New Roman"/>
                <w:color w:val="auto"/>
                <w:sz w:val="28"/>
                <w:szCs w:val="28"/>
              </w:rPr>
              <w:t xml:space="preserve"> </w:t>
            </w:r>
          </w:p>
          <w:p w14:paraId="56A82D7E"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tổng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
          <w:p w14:paraId="0CE61C42"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Các </w:t>
            </w:r>
            <w:proofErr w:type="spellStart"/>
            <w:r w:rsidRPr="00114A3B">
              <w:rPr>
                <w:rFonts w:ascii="Times New Roman" w:hAnsi="Times New Roman" w:cs="Times New Roman"/>
                <w:b w:val="0"/>
                <w:bCs w:val="0"/>
                <w:color w:val="auto"/>
                <w:sz w:val="28"/>
                <w:szCs w:val="28"/>
              </w:rPr>
              <w:t>nội</w:t>
            </w:r>
            <w:proofErr w:type="spellEnd"/>
            <w:r w:rsidRPr="00114A3B">
              <w:rPr>
                <w:rFonts w:ascii="Times New Roman" w:hAnsi="Times New Roman" w:cs="Times New Roman"/>
                <w:b w:val="0"/>
                <w:bCs w:val="0"/>
                <w:color w:val="auto"/>
                <w:sz w:val="28"/>
                <w:szCs w:val="28"/>
              </w:rPr>
              <w:t xml:space="preserve"> dung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
          <w:p w14:paraId="72D6CF83"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môi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trường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35E3D5FE"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
          <w:p w14:paraId="00953F6E"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c)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nâng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lỗi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
          <w:p w14:paraId="78AEFD6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d)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ninh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
          <w:p w14:paraId="6C3B68B3"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đ)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hồi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3E2C872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Quy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này</w:t>
            </w:r>
            <w:proofErr w:type="spellEnd"/>
            <w:r w:rsidRPr="00114A3B">
              <w:rPr>
                <w:rFonts w:ascii="Times New Roman" w:hAnsi="Times New Roman" w:cs="Times New Roman"/>
                <w:b w:val="0"/>
                <w:bCs w:val="0"/>
                <w:color w:val="auto"/>
                <w:sz w:val="28"/>
                <w:szCs w:val="28"/>
              </w:rPr>
              <w:t xml:space="preserve">. </w:t>
            </w:r>
          </w:p>
          <w:p w14:paraId="4D499AD7"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tổ</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Quy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này</w:t>
            </w:r>
            <w:proofErr w:type="spellEnd"/>
            <w:r w:rsidRPr="00114A3B">
              <w:rPr>
                <w:rFonts w:ascii="Times New Roman" w:hAnsi="Times New Roman" w:cs="Times New Roman"/>
                <w:b w:val="0"/>
                <w:bCs w:val="0"/>
                <w:color w:val="auto"/>
                <w:sz w:val="28"/>
                <w:szCs w:val="28"/>
              </w:rPr>
              <w:t xml:space="preserve">. Các </w:t>
            </w:r>
            <w:proofErr w:type="spellStart"/>
            <w:r w:rsidRPr="00114A3B">
              <w:rPr>
                <w:rFonts w:ascii="Times New Roman" w:hAnsi="Times New Roman" w:cs="Times New Roman"/>
                <w:b w:val="0"/>
                <w:bCs w:val="0"/>
                <w:color w:val="auto"/>
                <w:sz w:val="28"/>
                <w:szCs w:val="28"/>
              </w:rPr>
              <w:t>vấn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sau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tổng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tích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hưởng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w:t>
            </w:r>
          </w:p>
        </w:tc>
        <w:tc>
          <w:tcPr>
            <w:tcW w:w="3969" w:type="dxa"/>
          </w:tcPr>
          <w:p w14:paraId="1BC60260" w14:textId="69BAF527" w:rsidR="00FE250A" w:rsidRPr="00114A3B" w:rsidRDefault="00FE250A" w:rsidP="00114A3B">
            <w:pPr>
              <w:jc w:val="both"/>
              <w:rPr>
                <w:rFonts w:ascii="Times New Roman" w:hAnsi="Times New Roman" w:cs="Times New Roman"/>
                <w:sz w:val="28"/>
                <w:szCs w:val="28"/>
              </w:rPr>
            </w:pPr>
            <w:r>
              <w:rPr>
                <w:rFonts w:ascii="Times New Roman" w:hAnsi="Times New Roman"/>
                <w:sz w:val="28"/>
              </w:rPr>
              <w:t>Quy định này nhằm bảo đảm công tác kiểm tra, báo cáo định kỳ được thực hiện nghiêm túc, đầy đủ, giúp đánh giá hiệu quả hoạt động, phát hiện kịp thời bất cập, rủi ro và đề xuất giải pháp khắc phục. Việc kiểm tra, báo cáo góp phần nâng cao trách nhiệm, minh bạch và hiệu quả quản lý, vận hành Trung tâm dữ liệu.</w:t>
            </w:r>
          </w:p>
        </w:tc>
      </w:tr>
      <w:tr w:rsidR="00D74C2A" w:rsidRPr="00114A3B" w14:paraId="1A2981AB" w14:textId="77777777" w:rsidTr="00114A3B">
        <w:tc>
          <w:tcPr>
            <w:tcW w:w="1838" w:type="dxa"/>
          </w:tcPr>
          <w:p w14:paraId="74FEA02D"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6753CB11"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23. </w:t>
            </w:r>
            <w:proofErr w:type="spellStart"/>
            <w:r w:rsidRPr="00114A3B">
              <w:rPr>
                <w:rFonts w:ascii="Times New Roman" w:hAnsi="Times New Roman" w:cs="Times New Roman"/>
                <w:color w:val="auto"/>
                <w:sz w:val="28"/>
                <w:szCs w:val="28"/>
              </w:rPr>
              <w:t>Trách</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nhiệm</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của</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Sở</w:t>
            </w:r>
            <w:proofErr w:type="spellEnd"/>
            <w:r w:rsidRPr="00114A3B">
              <w:rPr>
                <w:rFonts w:ascii="Times New Roman" w:hAnsi="Times New Roman" w:cs="Times New Roman"/>
                <w:color w:val="auto"/>
                <w:sz w:val="28"/>
                <w:szCs w:val="28"/>
              </w:rPr>
              <w:t xml:space="preserve"> Khoa </w:t>
            </w:r>
            <w:proofErr w:type="spellStart"/>
            <w:r w:rsidRPr="00114A3B">
              <w:rPr>
                <w:rFonts w:ascii="Times New Roman" w:hAnsi="Times New Roman" w:cs="Times New Roman"/>
                <w:color w:val="auto"/>
                <w:sz w:val="28"/>
                <w:szCs w:val="28"/>
              </w:rPr>
              <w:t>học</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và</w:t>
            </w:r>
            <w:proofErr w:type="spellEnd"/>
            <w:r w:rsidRPr="00114A3B">
              <w:rPr>
                <w:rFonts w:ascii="Times New Roman" w:hAnsi="Times New Roman" w:cs="Times New Roman"/>
                <w:color w:val="auto"/>
                <w:sz w:val="28"/>
                <w:szCs w:val="28"/>
              </w:rPr>
              <w:t xml:space="preserve"> Công </w:t>
            </w:r>
            <w:proofErr w:type="spellStart"/>
            <w:r w:rsidRPr="00114A3B">
              <w:rPr>
                <w:rFonts w:ascii="Times New Roman" w:hAnsi="Times New Roman" w:cs="Times New Roman"/>
                <w:color w:val="auto"/>
                <w:sz w:val="28"/>
                <w:szCs w:val="28"/>
              </w:rPr>
              <w:t>nghệ</w:t>
            </w:r>
            <w:proofErr w:type="spellEnd"/>
            <w:r w:rsidRPr="00114A3B">
              <w:rPr>
                <w:rFonts w:ascii="Times New Roman" w:hAnsi="Times New Roman" w:cs="Times New Roman"/>
                <w:color w:val="auto"/>
                <w:sz w:val="28"/>
                <w:szCs w:val="28"/>
              </w:rPr>
              <w:t xml:space="preserve"> </w:t>
            </w:r>
          </w:p>
          <w:p w14:paraId="14A23A9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Khoa </w:t>
            </w:r>
            <w:proofErr w:type="spellStart"/>
            <w:r w:rsidRPr="00114A3B">
              <w:rPr>
                <w:rFonts w:ascii="Times New Roman" w:hAnsi="Times New Roman" w:cs="Times New Roman"/>
                <w:b w:val="0"/>
                <w:bCs w:val="0"/>
                <w:color w:val="auto"/>
                <w:sz w:val="28"/>
                <w:szCs w:val="28"/>
              </w:rPr>
              <w:t>học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Công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chịu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gọi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tắt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
          <w:p w14:paraId="2EAEB6E1"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Triển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
          <w:p w14:paraId="7FAAB18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Hướng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dẫn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Quy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tổ</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52694F13"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4. Tham </w:t>
            </w:r>
            <w:proofErr w:type="spellStart"/>
            <w:r w:rsidRPr="00114A3B">
              <w:rPr>
                <w:rFonts w:ascii="Times New Roman" w:hAnsi="Times New Roman" w:cs="Times New Roman"/>
                <w:b w:val="0"/>
                <w:bCs w:val="0"/>
                <w:color w:val="auto"/>
                <w:sz w:val="28"/>
                <w:szCs w:val="28"/>
              </w:rPr>
              <w:t>mưu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Ủy</w:t>
            </w:r>
            <w:proofErr w:type="spellEnd"/>
            <w:r w:rsidRPr="00114A3B">
              <w:rPr>
                <w:rFonts w:ascii="Times New Roman" w:hAnsi="Times New Roman" w:cs="Times New Roman"/>
                <w:b w:val="0"/>
                <w:bCs w:val="0"/>
                <w:color w:val="auto"/>
                <w:sz w:val="28"/>
                <w:szCs w:val="28"/>
              </w:rPr>
              <w:t xml:space="preserve"> ban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nâng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quyền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
          <w:p w14:paraId="2D0B6D3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5. Tham </w:t>
            </w:r>
            <w:proofErr w:type="spellStart"/>
            <w:r w:rsidRPr="00114A3B">
              <w:rPr>
                <w:rFonts w:ascii="Times New Roman" w:hAnsi="Times New Roman" w:cs="Times New Roman"/>
                <w:b w:val="0"/>
                <w:bCs w:val="0"/>
                <w:color w:val="auto"/>
                <w:sz w:val="28"/>
                <w:szCs w:val="28"/>
              </w:rPr>
              <w:t>mưu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Ủy</w:t>
            </w:r>
            <w:proofErr w:type="spellEnd"/>
            <w:r w:rsidRPr="00114A3B">
              <w:rPr>
                <w:rFonts w:ascii="Times New Roman" w:hAnsi="Times New Roman" w:cs="Times New Roman"/>
                <w:b w:val="0"/>
                <w:bCs w:val="0"/>
                <w:color w:val="auto"/>
                <w:sz w:val="28"/>
                <w:szCs w:val="28"/>
              </w:rPr>
              <w:t xml:space="preserve"> ban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phê</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duyệt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
          <w:p w14:paraId="2A6A6EC4"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6.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xem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gửi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hồi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05 (</w:t>
            </w:r>
            <w:proofErr w:type="spellStart"/>
            <w:r w:rsidRPr="00114A3B">
              <w:rPr>
                <w:rFonts w:ascii="Times New Roman" w:hAnsi="Times New Roman" w:cs="Times New Roman"/>
                <w:b w:val="0"/>
                <w:bCs w:val="0"/>
                <w:color w:val="auto"/>
                <w:sz w:val="28"/>
                <w:szCs w:val="28"/>
              </w:rPr>
              <w:t>năm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
          <w:p w14:paraId="5028121F"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7. </w:t>
            </w:r>
            <w:proofErr w:type="spellStart"/>
            <w:r w:rsidRPr="00114A3B">
              <w:rPr>
                <w:rFonts w:ascii="Times New Roman" w:hAnsi="Times New Roman" w:cs="Times New Roman"/>
                <w:b w:val="0"/>
                <w:bCs w:val="0"/>
                <w:color w:val="auto"/>
                <w:sz w:val="28"/>
                <w:szCs w:val="28"/>
              </w:rPr>
              <w:t>Kiểm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2C4BFC9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8. </w:t>
            </w:r>
            <w:proofErr w:type="spellStart"/>
            <w:r w:rsidRPr="00114A3B">
              <w:rPr>
                <w:rFonts w:ascii="Times New Roman" w:hAnsi="Times New Roman" w:cs="Times New Roman"/>
                <w:b w:val="0"/>
                <w:bCs w:val="0"/>
                <w:color w:val="auto"/>
                <w:sz w:val="28"/>
                <w:szCs w:val="28"/>
              </w:rPr>
              <w:t>Chịu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7A25F1B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9. Ban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nội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lễ</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24 </w:t>
            </w:r>
            <w:proofErr w:type="spellStart"/>
            <w:r w:rsidRPr="00114A3B">
              <w:rPr>
                <w:rFonts w:ascii="Times New Roman" w:hAnsi="Times New Roman" w:cs="Times New Roman"/>
                <w:b w:val="0"/>
                <w:bCs w:val="0"/>
                <w:color w:val="auto"/>
                <w:sz w:val="28"/>
                <w:szCs w:val="28"/>
              </w:rPr>
              <w:t>giờ</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7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w:t>
            </w:r>
            <w:proofErr w:type="spellStart"/>
            <w:r w:rsidRPr="00114A3B">
              <w:rPr>
                <w:rFonts w:ascii="Times New Roman" w:hAnsi="Times New Roman" w:cs="Times New Roman"/>
                <w:b w:val="0"/>
                <w:bCs w:val="0"/>
                <w:color w:val="auto"/>
                <w:sz w:val="28"/>
                <w:szCs w:val="28"/>
              </w:rPr>
              <w:t>tuần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sát</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ngoài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giờ</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chính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nghỉ</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tuần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nghỉ</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lễ</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tết</w:t>
            </w:r>
            <w:proofErr w:type="spellEnd"/>
            <w:r w:rsidRPr="00114A3B">
              <w:rPr>
                <w:rFonts w:ascii="Times New Roman" w:hAnsi="Times New Roman" w:cs="Times New Roman"/>
                <w:b w:val="0"/>
                <w:bCs w:val="0"/>
                <w:color w:val="auto"/>
                <w:sz w:val="28"/>
                <w:szCs w:val="28"/>
              </w:rPr>
              <w:t xml:space="preserve">. </w:t>
            </w:r>
          </w:p>
          <w:p w14:paraId="1CB6D08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10. Bảo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tầng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gramStart"/>
            <w:r w:rsidRPr="00114A3B">
              <w:rPr>
                <w:rFonts w:ascii="Times New Roman" w:hAnsi="Times New Roman" w:cs="Times New Roman"/>
                <w:b w:val="0"/>
                <w:bCs w:val="0"/>
                <w:color w:val="auto"/>
                <w:sz w:val="28"/>
                <w:szCs w:val="28"/>
              </w:rPr>
              <w:t>an</w:t>
            </w:r>
            <w:proofErr w:type="gram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suốt</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2C6B6766"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11. Đào </w:t>
            </w:r>
            <w:proofErr w:type="spellStart"/>
            <w:r w:rsidRPr="00114A3B">
              <w:rPr>
                <w:rFonts w:ascii="Times New Roman" w:hAnsi="Times New Roman" w:cs="Times New Roman"/>
                <w:b w:val="0"/>
                <w:bCs w:val="0"/>
                <w:color w:val="auto"/>
                <w:sz w:val="28"/>
                <w:szCs w:val="28"/>
              </w:rPr>
              <w:t>tạo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môn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đáp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trang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thức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2F6A740B"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12. </w:t>
            </w:r>
            <w:proofErr w:type="spellStart"/>
            <w:r w:rsidRPr="00114A3B">
              <w:rPr>
                <w:rFonts w:ascii="Times New Roman" w:hAnsi="Times New Roman" w:cs="Times New Roman"/>
                <w:b w:val="0"/>
                <w:bCs w:val="0"/>
                <w:color w:val="auto"/>
                <w:sz w:val="28"/>
                <w:szCs w:val="28"/>
              </w:rPr>
              <w:t>Trực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hướng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dẫn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chữa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Đồng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gửi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hồi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w:t>
            </w:r>
            <w:proofErr w:type="spellEnd"/>
            <w:r w:rsidRPr="00114A3B">
              <w:rPr>
                <w:rFonts w:ascii="Times New Roman" w:hAnsi="Times New Roman" w:cs="Times New Roman"/>
                <w:b w:val="0"/>
                <w:bCs w:val="0"/>
                <w:color w:val="auto"/>
                <w:sz w:val="28"/>
                <w:szCs w:val="28"/>
              </w:rPr>
              <w:t xml:space="preserve"> 01 (</w:t>
            </w:r>
            <w:proofErr w:type="spellStart"/>
            <w:r w:rsidRPr="00114A3B">
              <w:rPr>
                <w:rFonts w:ascii="Times New Roman" w:hAnsi="Times New Roman" w:cs="Times New Roman"/>
                <w:b w:val="0"/>
                <w:bCs w:val="0"/>
                <w:color w:val="auto"/>
                <w:sz w:val="28"/>
                <w:szCs w:val="28"/>
              </w:rPr>
              <w:t>một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từ</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
          <w:p w14:paraId="21F2A87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13. </w:t>
            </w:r>
            <w:proofErr w:type="spellStart"/>
            <w:r w:rsidRPr="00114A3B">
              <w:rPr>
                <w:rFonts w:ascii="Times New Roman" w:hAnsi="Times New Roman" w:cs="Times New Roman"/>
                <w:b w:val="0"/>
                <w:bCs w:val="0"/>
                <w:color w:val="auto"/>
                <w:sz w:val="28"/>
                <w:szCs w:val="28"/>
              </w:rPr>
              <w:t>Xây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dựng</w:t>
            </w:r>
            <w:proofErr w:type="spellEnd"/>
            <w:r w:rsidRPr="00114A3B">
              <w:rPr>
                <w:rFonts w:ascii="Times New Roman" w:hAnsi="Times New Roman" w:cs="Times New Roman"/>
                <w:b w:val="0"/>
                <w:bCs w:val="0"/>
                <w:color w:val="auto"/>
                <w:sz w:val="28"/>
                <w:szCs w:val="28"/>
              </w:rPr>
              <w:t xml:space="preserve">, ban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75365265"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14. </w:t>
            </w:r>
            <w:proofErr w:type="spellStart"/>
            <w:r w:rsidRPr="00114A3B">
              <w:rPr>
                <w:rFonts w:ascii="Times New Roman" w:hAnsi="Times New Roman" w:cs="Times New Roman"/>
                <w:b w:val="0"/>
                <w:bCs w:val="0"/>
                <w:color w:val="auto"/>
                <w:sz w:val="28"/>
                <w:szCs w:val="28"/>
              </w:rPr>
              <w:t>Triển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đúng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chuẩn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lượng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tầng</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4003D31E"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15. Tuân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đúng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Quy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này</w:t>
            </w:r>
            <w:proofErr w:type="spellEnd"/>
            <w:r w:rsidRPr="00114A3B">
              <w:rPr>
                <w:rFonts w:ascii="Times New Roman" w:hAnsi="Times New Roman" w:cs="Times New Roman"/>
                <w:b w:val="0"/>
                <w:bCs w:val="0"/>
                <w:color w:val="auto"/>
                <w:sz w:val="28"/>
                <w:szCs w:val="28"/>
              </w:rPr>
              <w:t xml:space="preserve">. </w:t>
            </w:r>
          </w:p>
          <w:p w14:paraId="6DC70B6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16.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dưỡng</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phê</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duyệt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
          <w:p w14:paraId="080E3329"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17.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kỳ</w:t>
            </w:r>
            <w:proofErr w:type="spellEnd"/>
            <w:r w:rsidRPr="00114A3B">
              <w:rPr>
                <w:rFonts w:ascii="Times New Roman" w:hAnsi="Times New Roman" w:cs="Times New Roman"/>
                <w:b w:val="0"/>
                <w:bCs w:val="0"/>
                <w:color w:val="auto"/>
                <w:sz w:val="28"/>
                <w:szCs w:val="28"/>
              </w:rPr>
              <w:t xml:space="preserve"> 06 (</w:t>
            </w:r>
            <w:proofErr w:type="spellStart"/>
            <w:r w:rsidRPr="00114A3B">
              <w:rPr>
                <w:rFonts w:ascii="Times New Roman" w:hAnsi="Times New Roman" w:cs="Times New Roman"/>
                <w:b w:val="0"/>
                <w:bCs w:val="0"/>
                <w:color w:val="auto"/>
                <w:sz w:val="28"/>
                <w:szCs w:val="28"/>
              </w:rPr>
              <w:t>sáu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một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yêu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tổng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gửi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Ủy</w:t>
            </w:r>
            <w:proofErr w:type="spellEnd"/>
            <w:r w:rsidRPr="00114A3B">
              <w:rPr>
                <w:rFonts w:ascii="Times New Roman" w:hAnsi="Times New Roman" w:cs="Times New Roman"/>
                <w:b w:val="0"/>
                <w:bCs w:val="0"/>
                <w:color w:val="auto"/>
                <w:sz w:val="28"/>
                <w:szCs w:val="28"/>
              </w:rPr>
              <w:t xml:space="preserve"> ban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
        </w:tc>
        <w:tc>
          <w:tcPr>
            <w:tcW w:w="3969" w:type="dxa"/>
          </w:tcPr>
          <w:p w14:paraId="23CD685D" w14:textId="445BC7E9"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Điều này được xây dựng nhằm phân công rõ trách nhiệm của Sở Khoa học và Công nghệ trong việc quản lý, vận hành, hướng dẫn, kiểm tra, giám sát và báo cáo các hoạt động liên quan đến Trung tâm dữ liệu. Quy định này bảo đảm nguyên tắc phối hợp đồng bộ, hiệu quả giữa các cơ quan, đơn vị, phù hợp với chức năng, nhiệm vụ được giao theo quy định pháp luật.</w:t>
            </w:r>
          </w:p>
        </w:tc>
      </w:tr>
      <w:tr w:rsidR="00D74C2A" w:rsidRPr="00114A3B" w14:paraId="284135C3" w14:textId="77777777" w:rsidTr="00114A3B">
        <w:tc>
          <w:tcPr>
            <w:tcW w:w="1838" w:type="dxa"/>
          </w:tcPr>
          <w:p w14:paraId="45603458"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16C4E8CA"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24. </w:t>
            </w:r>
            <w:proofErr w:type="spellStart"/>
            <w:r w:rsidRPr="00114A3B">
              <w:rPr>
                <w:rFonts w:ascii="Times New Roman" w:hAnsi="Times New Roman" w:cs="Times New Roman"/>
                <w:color w:val="auto"/>
                <w:sz w:val="28"/>
                <w:szCs w:val="28"/>
              </w:rPr>
              <w:t>Trách</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nhiệm</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của</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các</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cơ</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quan</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đơn</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vị</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khai</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thác</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sử</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dụng</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dịch</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vụ</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tại</w:t>
            </w:r>
            <w:proofErr w:type="spellEnd"/>
            <w:r w:rsidRPr="00114A3B">
              <w:rPr>
                <w:rFonts w:ascii="Times New Roman" w:hAnsi="Times New Roman" w:cs="Times New Roman"/>
                <w:color w:val="auto"/>
                <w:sz w:val="28"/>
                <w:szCs w:val="28"/>
              </w:rPr>
              <w:t xml:space="preserve"> Trung </w:t>
            </w:r>
            <w:proofErr w:type="spellStart"/>
            <w:r w:rsidRPr="00114A3B">
              <w:rPr>
                <w:rFonts w:ascii="Times New Roman" w:hAnsi="Times New Roman" w:cs="Times New Roman"/>
                <w:color w:val="auto"/>
                <w:sz w:val="28"/>
                <w:szCs w:val="28"/>
              </w:rPr>
              <w:t>tâm</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dữ</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liệu</w:t>
            </w:r>
            <w:proofErr w:type="spellEnd"/>
            <w:r w:rsidRPr="00114A3B">
              <w:rPr>
                <w:rFonts w:ascii="Times New Roman" w:hAnsi="Times New Roman" w:cs="Times New Roman"/>
                <w:color w:val="auto"/>
                <w:sz w:val="28"/>
                <w:szCs w:val="28"/>
              </w:rPr>
              <w:t xml:space="preserve"> </w:t>
            </w:r>
          </w:p>
          <w:p w14:paraId="1B23588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theo</w:t>
            </w:r>
            <w:proofErr w:type="spellEnd"/>
            <w:r w:rsidRPr="00114A3B">
              <w:rPr>
                <w:rFonts w:ascii="Times New Roman" w:hAnsi="Times New Roman" w:cs="Times New Roman"/>
                <w:b w:val="0"/>
                <w:bCs w:val="0"/>
                <w:color w:val="auto"/>
                <w:sz w:val="28"/>
                <w:szCs w:val="28"/>
              </w:rPr>
              <w:t xml:space="preserve"> Quy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này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tầng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hướng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dẫn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360860BA"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soát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Khoa </w:t>
            </w:r>
            <w:proofErr w:type="spellStart"/>
            <w:r w:rsidRPr="00114A3B">
              <w:rPr>
                <w:rFonts w:ascii="Times New Roman" w:hAnsi="Times New Roman" w:cs="Times New Roman"/>
                <w:b w:val="0"/>
                <w:bCs w:val="0"/>
                <w:color w:val="auto"/>
                <w:sz w:val="28"/>
                <w:szCs w:val="28"/>
              </w:rPr>
              <w:t>học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Công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còn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làm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còn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hồi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vô</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hóa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khoản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
          <w:p w14:paraId="7A739B0E"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Đối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nguyên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
          <w:p w14:paraId="40105FF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a)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
          <w:p w14:paraId="4F3E9EE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b) </w:t>
            </w:r>
            <w:proofErr w:type="spellStart"/>
            <w:r w:rsidRPr="00114A3B">
              <w:rPr>
                <w:rFonts w:ascii="Times New Roman" w:hAnsi="Times New Roman" w:cs="Times New Roman"/>
                <w:b w:val="0"/>
                <w:bCs w:val="0"/>
                <w:color w:val="auto"/>
                <w:sz w:val="28"/>
                <w:szCs w:val="28"/>
              </w:rPr>
              <w:t>Đã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phê</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duyệt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hồ</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xuất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phương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rà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quét</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trước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3063271D"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c) </w:t>
            </w:r>
            <w:proofErr w:type="spellStart"/>
            <w:r w:rsidRPr="00114A3B">
              <w:rPr>
                <w:rFonts w:ascii="Times New Roman" w:hAnsi="Times New Roman" w:cs="Times New Roman"/>
                <w:b w:val="0"/>
                <w:bCs w:val="0"/>
                <w:color w:val="auto"/>
                <w:sz w:val="28"/>
                <w:szCs w:val="28"/>
              </w:rPr>
              <w:t>Cử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đầu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tiếp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chịu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máy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cấp</w:t>
            </w:r>
            <w:proofErr w:type="spellEnd"/>
            <w:r w:rsidRPr="00114A3B">
              <w:rPr>
                <w:rFonts w:ascii="Times New Roman" w:hAnsi="Times New Roman" w:cs="Times New Roman"/>
                <w:b w:val="0"/>
                <w:bCs w:val="0"/>
                <w:color w:val="auto"/>
                <w:sz w:val="28"/>
                <w:szCs w:val="28"/>
              </w:rPr>
              <w:t xml:space="preserve">; </w:t>
            </w:r>
          </w:p>
          <w:p w14:paraId="66E04E89"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lastRenderedPageBreak/>
              <w:t xml:space="preserve">d) </w:t>
            </w:r>
            <w:proofErr w:type="spellStart"/>
            <w:r w:rsidRPr="00114A3B">
              <w:rPr>
                <w:rFonts w:ascii="Times New Roman" w:hAnsi="Times New Roman" w:cs="Times New Roman"/>
                <w:b w:val="0"/>
                <w:bCs w:val="0"/>
                <w:color w:val="auto"/>
                <w:sz w:val="28"/>
                <w:szCs w:val="28"/>
              </w:rPr>
              <w:t>Phối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sao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4631D72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đ) Tuân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0117D6E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e) </w:t>
            </w:r>
            <w:proofErr w:type="spellStart"/>
            <w:r w:rsidRPr="00114A3B">
              <w:rPr>
                <w:rFonts w:ascii="Times New Roman" w:hAnsi="Times New Roman" w:cs="Times New Roman"/>
                <w:b w:val="0"/>
                <w:bCs w:val="0"/>
                <w:color w:val="auto"/>
                <w:sz w:val="28"/>
                <w:szCs w:val="28"/>
              </w:rPr>
              <w:t>Chịu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giám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đặt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chịu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trách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nhiệm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hỏng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hóc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thiết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bị</w:t>
            </w:r>
            <w:proofErr w:type="spellEnd"/>
            <w:r w:rsidRPr="00114A3B">
              <w:rPr>
                <w:rFonts w:ascii="Times New Roman" w:hAnsi="Times New Roman" w:cs="Times New Roman"/>
                <w:b w:val="0"/>
                <w:bCs w:val="0"/>
                <w:color w:val="auto"/>
                <w:sz w:val="28"/>
                <w:szCs w:val="28"/>
              </w:rPr>
              <w:t xml:space="preserve">; </w:t>
            </w:r>
          </w:p>
          <w:p w14:paraId="0A9C0655"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g) </w:t>
            </w:r>
            <w:proofErr w:type="spellStart"/>
            <w:r w:rsidRPr="00114A3B">
              <w:rPr>
                <w:rFonts w:ascii="Times New Roman" w:hAnsi="Times New Roman" w:cs="Times New Roman"/>
                <w:b w:val="0"/>
                <w:bCs w:val="0"/>
                <w:color w:val="auto"/>
                <w:sz w:val="28"/>
                <w:szCs w:val="28"/>
              </w:rPr>
              <w:t>Phối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đảm</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
          <w:p w14:paraId="1EAB9704"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Trường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ngay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
          <w:p w14:paraId="37CD32E8"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4. </w:t>
            </w:r>
            <w:proofErr w:type="spellStart"/>
            <w:r w:rsidRPr="00114A3B">
              <w:rPr>
                <w:rFonts w:ascii="Times New Roman" w:hAnsi="Times New Roman" w:cs="Times New Roman"/>
                <w:b w:val="0"/>
                <w:bCs w:val="0"/>
                <w:color w:val="auto"/>
                <w:sz w:val="28"/>
                <w:szCs w:val="28"/>
              </w:rPr>
              <w:t>Hàng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ứng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chậm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nhất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ngày</w:t>
            </w:r>
            <w:proofErr w:type="spellEnd"/>
            <w:r w:rsidRPr="00114A3B">
              <w:rPr>
                <w:rFonts w:ascii="Times New Roman" w:hAnsi="Times New Roman" w:cs="Times New Roman"/>
                <w:b w:val="0"/>
                <w:bCs w:val="0"/>
                <w:color w:val="auto"/>
                <w:sz w:val="28"/>
                <w:szCs w:val="28"/>
              </w:rPr>
              <w:t xml:space="preserve"> 30 </w:t>
            </w:r>
            <w:proofErr w:type="spellStart"/>
            <w:r w:rsidRPr="00114A3B">
              <w:rPr>
                <w:rFonts w:ascii="Times New Roman" w:hAnsi="Times New Roman" w:cs="Times New Roman"/>
                <w:b w:val="0"/>
                <w:bCs w:val="0"/>
                <w:color w:val="auto"/>
                <w:sz w:val="28"/>
                <w:szCs w:val="28"/>
              </w:rPr>
              <w:t>tháng</w:t>
            </w:r>
            <w:proofErr w:type="spellEnd"/>
            <w:r w:rsidRPr="00114A3B">
              <w:rPr>
                <w:rFonts w:ascii="Times New Roman" w:hAnsi="Times New Roman" w:cs="Times New Roman"/>
                <w:b w:val="0"/>
                <w:bCs w:val="0"/>
                <w:color w:val="auto"/>
                <w:sz w:val="28"/>
                <w:szCs w:val="28"/>
              </w:rPr>
              <w:t xml:space="preserve"> 11 </w:t>
            </w:r>
            <w:proofErr w:type="spellStart"/>
            <w:r w:rsidRPr="00114A3B">
              <w:rPr>
                <w:rFonts w:ascii="Times New Roman" w:hAnsi="Times New Roman" w:cs="Times New Roman"/>
                <w:b w:val="0"/>
                <w:bCs w:val="0"/>
                <w:color w:val="auto"/>
                <w:sz w:val="28"/>
                <w:szCs w:val="28"/>
              </w:rPr>
              <w:t>hàng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năm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gửi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Khoa </w:t>
            </w:r>
            <w:proofErr w:type="spellStart"/>
            <w:r w:rsidRPr="00114A3B">
              <w:rPr>
                <w:rFonts w:ascii="Times New Roman" w:hAnsi="Times New Roman" w:cs="Times New Roman"/>
                <w:b w:val="0"/>
                <w:bCs w:val="0"/>
                <w:color w:val="auto"/>
                <w:sz w:val="28"/>
                <w:szCs w:val="28"/>
              </w:rPr>
              <w:t>học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Công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tổng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Ủy</w:t>
            </w:r>
            <w:proofErr w:type="spellEnd"/>
            <w:r w:rsidRPr="00114A3B">
              <w:rPr>
                <w:rFonts w:ascii="Times New Roman" w:hAnsi="Times New Roman" w:cs="Times New Roman"/>
                <w:b w:val="0"/>
                <w:bCs w:val="0"/>
                <w:color w:val="auto"/>
                <w:sz w:val="28"/>
                <w:szCs w:val="28"/>
              </w:rPr>
              <w:t xml:space="preserve"> ban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xem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xét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chỉ</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kịp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
        </w:tc>
        <w:tc>
          <w:tcPr>
            <w:tcW w:w="3969" w:type="dxa"/>
          </w:tcPr>
          <w:p w14:paraId="5626C42F" w14:textId="10112152" w:rsidR="00FE250A" w:rsidRPr="00114A3B" w:rsidRDefault="00FE250A" w:rsidP="00114A3B">
            <w:pPr>
              <w:jc w:val="both"/>
              <w:rPr>
                <w:rFonts w:ascii="Times New Roman" w:hAnsi="Times New Roman" w:cs="Times New Roman"/>
                <w:sz w:val="28"/>
                <w:szCs w:val="28"/>
              </w:rPr>
            </w:pPr>
            <w:r>
              <w:rPr>
                <w:rFonts w:ascii="Times New Roman" w:hAnsi="Times New Roman"/>
                <w:sz w:val="28"/>
              </w:rPr>
              <w:lastRenderedPageBreak/>
              <w:t>Quy định này nhằm xác định rõ trách nhiệm của các cơ quan, đơn vị khai thác, sử dụng dịch vụ trong việc tuân thủ quy chế, bảo đảm an toàn, bảo mật thông tin, phối hợp với cơ quan quản lý, vận hành và chịu trách nhiệm về dữ liệu, tài khoản truy cập. Việc phân công trách nhiệm góp phần nâng cao hiệu quả quản lý, bảo vệ tài sản số và duy trì hoạt động ổn định của Trung tâm dữ liệu.</w:t>
            </w:r>
          </w:p>
        </w:tc>
      </w:tr>
      <w:tr w:rsidR="00D74C2A" w:rsidRPr="00114A3B" w14:paraId="3CA9BBC5" w14:textId="77777777" w:rsidTr="00114A3B">
        <w:tc>
          <w:tcPr>
            <w:tcW w:w="1838" w:type="dxa"/>
          </w:tcPr>
          <w:p w14:paraId="68B848E3"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00D11E83"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25. </w:t>
            </w:r>
            <w:proofErr w:type="spellStart"/>
            <w:r w:rsidRPr="00114A3B">
              <w:rPr>
                <w:rFonts w:ascii="Times New Roman" w:hAnsi="Times New Roman" w:cs="Times New Roman"/>
                <w:color w:val="auto"/>
                <w:sz w:val="28"/>
                <w:szCs w:val="28"/>
              </w:rPr>
              <w:t>Trách</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nhiệm</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của</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người</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sử</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dụng</w:t>
            </w:r>
            <w:proofErr w:type="spellEnd"/>
            <w:r w:rsidRPr="00114A3B">
              <w:rPr>
                <w:rFonts w:ascii="Times New Roman" w:hAnsi="Times New Roman" w:cs="Times New Roman"/>
                <w:color w:val="auto"/>
                <w:sz w:val="28"/>
                <w:szCs w:val="28"/>
              </w:rPr>
              <w:t xml:space="preserve"> </w:t>
            </w:r>
          </w:p>
          <w:p w14:paraId="718C263C"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1.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dịch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vụ</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phạm</w:t>
            </w:r>
            <w:proofErr w:type="spellEnd"/>
            <w:r w:rsidRPr="00114A3B">
              <w:rPr>
                <w:rFonts w:ascii="Times New Roman" w:hAnsi="Times New Roman" w:cs="Times New Roman"/>
                <w:b w:val="0"/>
                <w:bCs w:val="0"/>
                <w:color w:val="auto"/>
                <w:sz w:val="28"/>
                <w:szCs w:val="28"/>
              </w:rPr>
              <w:t xml:space="preserve"> vi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phép</w:t>
            </w:r>
            <w:proofErr w:type="spellEnd"/>
            <w:r w:rsidRPr="00114A3B">
              <w:rPr>
                <w:rFonts w:ascii="Times New Roman" w:hAnsi="Times New Roman" w:cs="Times New Roman"/>
                <w:b w:val="0"/>
                <w:bCs w:val="0"/>
                <w:color w:val="auto"/>
                <w:sz w:val="28"/>
                <w:szCs w:val="28"/>
              </w:rPr>
              <w:t xml:space="preserve">. </w:t>
            </w:r>
          </w:p>
          <w:p w14:paraId="28A3B0CE"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2. Tuân </w:t>
            </w:r>
            <w:proofErr w:type="spellStart"/>
            <w:r w:rsidRPr="00114A3B">
              <w:rPr>
                <w:rFonts w:ascii="Times New Roman" w:hAnsi="Times New Roman" w:cs="Times New Roman"/>
                <w:b w:val="0"/>
                <w:bCs w:val="0"/>
                <w:color w:val="auto"/>
                <w:sz w:val="28"/>
                <w:szCs w:val="28"/>
              </w:rPr>
              <w:t>thủ</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định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bảo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2AC28828"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3.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vi </w:t>
            </w:r>
            <w:proofErr w:type="spellStart"/>
            <w:r w:rsidRPr="00114A3B">
              <w:rPr>
                <w:rFonts w:ascii="Times New Roman" w:hAnsi="Times New Roman" w:cs="Times New Roman"/>
                <w:b w:val="0"/>
                <w:bCs w:val="0"/>
                <w:color w:val="auto"/>
                <w:sz w:val="28"/>
                <w:szCs w:val="28"/>
              </w:rPr>
              <w:t>đánh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cắp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giả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tài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khoản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truy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cập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tin </w:t>
            </w:r>
            <w:proofErr w:type="spellStart"/>
            <w:r w:rsidRPr="00114A3B">
              <w:rPr>
                <w:rFonts w:ascii="Times New Roman" w:hAnsi="Times New Roman" w:cs="Times New Roman"/>
                <w:b w:val="0"/>
                <w:bCs w:val="0"/>
                <w:color w:val="auto"/>
                <w:sz w:val="28"/>
                <w:szCs w:val="28"/>
              </w:rPr>
              <w:t>thuộc</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03EE3EA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4. </w:t>
            </w:r>
            <w:proofErr w:type="spellStart"/>
            <w:r w:rsidRPr="00114A3B">
              <w:rPr>
                <w:rFonts w:ascii="Times New Roman" w:hAnsi="Times New Roman" w:cs="Times New Roman"/>
                <w:b w:val="0"/>
                <w:bCs w:val="0"/>
                <w:color w:val="auto"/>
                <w:sz w:val="28"/>
                <w:szCs w:val="28"/>
              </w:rPr>
              <w:t>Không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dụng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cụ</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phần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mềm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gây</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mất</w:t>
            </w:r>
            <w:proofErr w:type="spellEnd"/>
            <w:r w:rsidRPr="00114A3B">
              <w:rPr>
                <w:rFonts w:ascii="Times New Roman" w:hAnsi="Times New Roman" w:cs="Times New Roman"/>
                <w:b w:val="0"/>
                <w:bCs w:val="0"/>
                <w:color w:val="auto"/>
                <w:sz w:val="28"/>
                <w:szCs w:val="28"/>
              </w:rPr>
              <w:t xml:space="preserve"> an </w:t>
            </w:r>
            <w:proofErr w:type="spellStart"/>
            <w:r w:rsidRPr="00114A3B">
              <w:rPr>
                <w:rFonts w:ascii="Times New Roman" w:hAnsi="Times New Roman" w:cs="Times New Roman"/>
                <w:b w:val="0"/>
                <w:bCs w:val="0"/>
                <w:color w:val="auto"/>
                <w:sz w:val="28"/>
                <w:szCs w:val="28"/>
              </w:rPr>
              <w:t>toàn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thống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ảnh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hưởng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đến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động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chung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Trung </w:t>
            </w:r>
            <w:proofErr w:type="spellStart"/>
            <w:r w:rsidRPr="00114A3B">
              <w:rPr>
                <w:rFonts w:ascii="Times New Roman" w:hAnsi="Times New Roman" w:cs="Times New Roman"/>
                <w:b w:val="0"/>
                <w:bCs w:val="0"/>
                <w:color w:val="auto"/>
                <w:sz w:val="28"/>
                <w:szCs w:val="28"/>
              </w:rPr>
              <w:t>tâm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dữ</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liệu</w:t>
            </w:r>
            <w:proofErr w:type="spellEnd"/>
            <w:r w:rsidRPr="00114A3B">
              <w:rPr>
                <w:rFonts w:ascii="Times New Roman" w:hAnsi="Times New Roman" w:cs="Times New Roman"/>
                <w:b w:val="0"/>
                <w:bCs w:val="0"/>
                <w:color w:val="auto"/>
                <w:sz w:val="28"/>
                <w:szCs w:val="28"/>
              </w:rPr>
              <w:t xml:space="preserve">. </w:t>
            </w:r>
          </w:p>
          <w:p w14:paraId="65E63128"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5. Trường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thông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báo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được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hướng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dẫn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hỗ</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phục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tại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chỗ</w:t>
            </w:r>
            <w:proofErr w:type="spellEnd"/>
            <w:r w:rsidRPr="00114A3B">
              <w:rPr>
                <w:rFonts w:ascii="Times New Roman" w:hAnsi="Times New Roman" w:cs="Times New Roman"/>
                <w:b w:val="0"/>
                <w:bCs w:val="0"/>
                <w:color w:val="auto"/>
                <w:sz w:val="28"/>
                <w:szCs w:val="28"/>
              </w:rPr>
              <w:t xml:space="preserve">. </w:t>
            </w:r>
          </w:p>
          <w:p w14:paraId="4AF8B6FA" w14:textId="77777777" w:rsidR="004F386E"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6. </w:t>
            </w:r>
            <w:proofErr w:type="spellStart"/>
            <w:r w:rsidRPr="00114A3B">
              <w:rPr>
                <w:rFonts w:ascii="Times New Roman" w:hAnsi="Times New Roman" w:cs="Times New Roman"/>
                <w:b w:val="0"/>
                <w:bCs w:val="0"/>
                <w:color w:val="auto"/>
                <w:sz w:val="28"/>
                <w:szCs w:val="28"/>
              </w:rPr>
              <w:t>Phối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bộ</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thuật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của</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trong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việc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sự</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nhận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kết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quả</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xử</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lý</w:t>
            </w:r>
            <w:proofErr w:type="spellEnd"/>
            <w:r w:rsidRPr="00114A3B">
              <w:rPr>
                <w:rFonts w:ascii="Times New Roman" w:hAnsi="Times New Roman" w:cs="Times New Roman"/>
                <w:b w:val="0"/>
                <w:bCs w:val="0"/>
                <w:color w:val="auto"/>
                <w:sz w:val="28"/>
                <w:szCs w:val="28"/>
              </w:rPr>
              <w:t xml:space="preserve">. </w:t>
            </w:r>
          </w:p>
        </w:tc>
        <w:tc>
          <w:tcPr>
            <w:tcW w:w="3969" w:type="dxa"/>
          </w:tcPr>
          <w:p w14:paraId="429080CB" w14:textId="7C37FAF0" w:rsidR="00FE250A" w:rsidRPr="00114A3B" w:rsidRDefault="00FE250A" w:rsidP="00114A3B">
            <w:pPr>
              <w:jc w:val="both"/>
              <w:rPr>
                <w:rFonts w:ascii="Times New Roman" w:hAnsi="Times New Roman" w:cs="Times New Roman"/>
                <w:sz w:val="28"/>
                <w:szCs w:val="28"/>
              </w:rPr>
            </w:pPr>
            <w:r>
              <w:rPr>
                <w:rFonts w:ascii="Times New Roman" w:hAnsi="Times New Roman"/>
                <w:sz w:val="28"/>
              </w:rPr>
              <w:t xml:space="preserve">Quy định này nhằm nâng cao ý thức trách nhiệm của người sử dụng trong việc tuân thủ các quy định về an toàn, bảo mật thông tin, sử dụng dịch vụ đúng phạm vi cho phép và phối hợp xử lý sự cố. Việc xác định rõ trách nhiệm góp phần phòng ngừa rủi ro, bảo vệ hệ thống và duy trì hoạt động ổn định, </w:t>
            </w:r>
            <w:proofErr w:type="gramStart"/>
            <w:r>
              <w:rPr>
                <w:rFonts w:ascii="Times New Roman" w:hAnsi="Times New Roman"/>
                <w:sz w:val="28"/>
              </w:rPr>
              <w:t>an</w:t>
            </w:r>
            <w:proofErr w:type="gramEnd"/>
            <w:r>
              <w:rPr>
                <w:rFonts w:ascii="Times New Roman" w:hAnsi="Times New Roman"/>
                <w:sz w:val="28"/>
              </w:rPr>
              <w:t xml:space="preserve"> toàn của Trung tâm dữ liệu.</w:t>
            </w:r>
          </w:p>
        </w:tc>
      </w:tr>
      <w:tr w:rsidR="00D74C2A" w:rsidRPr="00114A3B" w14:paraId="3C40DFA9" w14:textId="77777777" w:rsidTr="00114A3B">
        <w:tc>
          <w:tcPr>
            <w:tcW w:w="1838" w:type="dxa"/>
          </w:tcPr>
          <w:p w14:paraId="56954E1B"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7371" w:type="dxa"/>
          </w:tcPr>
          <w:p w14:paraId="38E23DF9" w14:textId="77777777" w:rsidR="009E7DBF" w:rsidRPr="00114A3B" w:rsidRDefault="009E7DBF" w:rsidP="00114A3B">
            <w:pPr>
              <w:pStyle w:val="Heading2"/>
              <w:spacing w:after="120"/>
              <w:ind w:right="2"/>
              <w:jc w:val="both"/>
              <w:rPr>
                <w:rFonts w:ascii="Times New Roman" w:hAnsi="Times New Roman" w:cs="Times New Roman"/>
                <w:color w:val="auto"/>
                <w:sz w:val="28"/>
                <w:szCs w:val="28"/>
              </w:rPr>
            </w:pPr>
            <w:proofErr w:type="spellStart"/>
            <w:r w:rsidRPr="00114A3B">
              <w:rPr>
                <w:rFonts w:ascii="Times New Roman" w:hAnsi="Times New Roman" w:cs="Times New Roman"/>
                <w:color w:val="auto"/>
                <w:sz w:val="28"/>
                <w:szCs w:val="28"/>
              </w:rPr>
              <w:t>Điều</w:t>
            </w:r>
            <w:proofErr w:type="spellEnd"/>
            <w:r w:rsidRPr="00114A3B">
              <w:rPr>
                <w:rFonts w:ascii="Times New Roman" w:hAnsi="Times New Roman" w:cs="Times New Roman"/>
                <w:color w:val="auto"/>
                <w:sz w:val="28"/>
                <w:szCs w:val="28"/>
              </w:rPr>
              <w:t xml:space="preserve"> 26. </w:t>
            </w:r>
            <w:proofErr w:type="spellStart"/>
            <w:r w:rsidRPr="00114A3B">
              <w:rPr>
                <w:rFonts w:ascii="Times New Roman" w:hAnsi="Times New Roman" w:cs="Times New Roman"/>
                <w:color w:val="auto"/>
                <w:sz w:val="28"/>
                <w:szCs w:val="28"/>
              </w:rPr>
              <w:t>Sửa</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đổi</w:t>
            </w:r>
            <w:proofErr w:type="spellEnd"/>
            <w:r w:rsidRPr="00114A3B">
              <w:rPr>
                <w:rFonts w:ascii="Times New Roman" w:hAnsi="Times New Roman" w:cs="Times New Roman"/>
                <w:color w:val="auto"/>
                <w:sz w:val="28"/>
                <w:szCs w:val="28"/>
              </w:rPr>
              <w:t xml:space="preserve">, </w:t>
            </w:r>
            <w:proofErr w:type="spellStart"/>
            <w:r w:rsidRPr="00114A3B">
              <w:rPr>
                <w:rFonts w:ascii="Times New Roman" w:hAnsi="Times New Roman" w:cs="Times New Roman"/>
                <w:color w:val="auto"/>
                <w:sz w:val="28"/>
                <w:szCs w:val="28"/>
              </w:rPr>
              <w:t>bổ</w:t>
            </w:r>
            <w:proofErr w:type="spellEnd"/>
            <w:r w:rsidRPr="00114A3B">
              <w:rPr>
                <w:rFonts w:ascii="Times New Roman" w:hAnsi="Times New Roman" w:cs="Times New Roman"/>
                <w:color w:val="auto"/>
                <w:sz w:val="28"/>
                <w:szCs w:val="28"/>
              </w:rPr>
              <w:t xml:space="preserve"> sung Quy </w:t>
            </w:r>
            <w:proofErr w:type="spellStart"/>
            <w:r w:rsidRPr="00114A3B">
              <w:rPr>
                <w:rFonts w:ascii="Times New Roman" w:hAnsi="Times New Roman" w:cs="Times New Roman"/>
                <w:color w:val="auto"/>
                <w:sz w:val="28"/>
                <w:szCs w:val="28"/>
              </w:rPr>
              <w:t>chế</w:t>
            </w:r>
            <w:proofErr w:type="spellEnd"/>
            <w:r w:rsidRPr="00114A3B">
              <w:rPr>
                <w:rFonts w:ascii="Times New Roman" w:hAnsi="Times New Roman" w:cs="Times New Roman"/>
                <w:color w:val="auto"/>
                <w:sz w:val="28"/>
                <w:szCs w:val="28"/>
              </w:rPr>
              <w:t xml:space="preserve"> </w:t>
            </w:r>
          </w:p>
          <w:p w14:paraId="5A703CF7" w14:textId="77777777" w:rsidR="009E7DBF" w:rsidRPr="00114A3B" w:rsidRDefault="009E7DBF" w:rsidP="00114A3B">
            <w:pPr>
              <w:pStyle w:val="Heading2"/>
              <w:spacing w:after="120"/>
              <w:ind w:right="2"/>
              <w:jc w:val="both"/>
              <w:rPr>
                <w:rFonts w:ascii="Times New Roman" w:hAnsi="Times New Roman" w:cs="Times New Roman"/>
                <w:b w:val="0"/>
                <w:bCs w:val="0"/>
                <w:color w:val="auto"/>
                <w:sz w:val="28"/>
                <w:szCs w:val="28"/>
              </w:rPr>
            </w:pPr>
            <w:r w:rsidRPr="00114A3B">
              <w:rPr>
                <w:rFonts w:ascii="Times New Roman" w:hAnsi="Times New Roman" w:cs="Times New Roman"/>
                <w:b w:val="0"/>
                <w:bCs w:val="0"/>
                <w:color w:val="auto"/>
                <w:sz w:val="28"/>
                <w:szCs w:val="28"/>
              </w:rPr>
              <w:t xml:space="preserve">Trong </w:t>
            </w:r>
            <w:proofErr w:type="spellStart"/>
            <w:r w:rsidRPr="00114A3B">
              <w:rPr>
                <w:rFonts w:ascii="Times New Roman" w:hAnsi="Times New Roman" w:cs="Times New Roman"/>
                <w:b w:val="0"/>
                <w:bCs w:val="0"/>
                <w:color w:val="auto"/>
                <w:sz w:val="28"/>
                <w:szCs w:val="28"/>
              </w:rPr>
              <w:t>quá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triển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khai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hiện</w:t>
            </w:r>
            <w:proofErr w:type="spellEnd"/>
            <w:r w:rsidRPr="00114A3B">
              <w:rPr>
                <w:rFonts w:ascii="Times New Roman" w:hAnsi="Times New Roman" w:cs="Times New Roman"/>
                <w:b w:val="0"/>
                <w:bCs w:val="0"/>
                <w:color w:val="auto"/>
                <w:sz w:val="28"/>
                <w:szCs w:val="28"/>
              </w:rPr>
              <w:t xml:space="preserve"> Quy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nếu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khăn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vướng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mắc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hoặc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có</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vấn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phát</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sinh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các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cơ</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quan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đơn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vị</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kịp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thời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phản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ánh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về</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Sở</w:t>
            </w:r>
            <w:proofErr w:type="spellEnd"/>
            <w:r w:rsidRPr="00114A3B">
              <w:rPr>
                <w:rFonts w:ascii="Times New Roman" w:hAnsi="Times New Roman" w:cs="Times New Roman"/>
                <w:b w:val="0"/>
                <w:bCs w:val="0"/>
                <w:color w:val="auto"/>
                <w:sz w:val="28"/>
                <w:szCs w:val="28"/>
              </w:rPr>
              <w:t xml:space="preserve"> Khoa </w:t>
            </w:r>
            <w:proofErr w:type="spellStart"/>
            <w:r w:rsidRPr="00114A3B">
              <w:rPr>
                <w:rFonts w:ascii="Times New Roman" w:hAnsi="Times New Roman" w:cs="Times New Roman"/>
                <w:b w:val="0"/>
                <w:bCs w:val="0"/>
                <w:color w:val="auto"/>
                <w:sz w:val="28"/>
                <w:szCs w:val="28"/>
              </w:rPr>
              <w:t>học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và</w:t>
            </w:r>
            <w:proofErr w:type="spellEnd"/>
            <w:r w:rsidRPr="00114A3B">
              <w:rPr>
                <w:rFonts w:ascii="Times New Roman" w:hAnsi="Times New Roman" w:cs="Times New Roman"/>
                <w:b w:val="0"/>
                <w:bCs w:val="0"/>
                <w:color w:val="auto"/>
                <w:sz w:val="28"/>
                <w:szCs w:val="28"/>
              </w:rPr>
              <w:t xml:space="preserve"> Công </w:t>
            </w:r>
            <w:proofErr w:type="spellStart"/>
            <w:r w:rsidRPr="00114A3B">
              <w:rPr>
                <w:rFonts w:ascii="Times New Roman" w:hAnsi="Times New Roman" w:cs="Times New Roman"/>
                <w:b w:val="0"/>
                <w:bCs w:val="0"/>
                <w:color w:val="auto"/>
                <w:sz w:val="28"/>
                <w:szCs w:val="28"/>
              </w:rPr>
              <w:t>nghệ</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để</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tổng</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tham</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mưu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trình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Ủy</w:t>
            </w:r>
            <w:proofErr w:type="spellEnd"/>
            <w:r w:rsidRPr="00114A3B">
              <w:rPr>
                <w:rFonts w:ascii="Times New Roman" w:hAnsi="Times New Roman" w:cs="Times New Roman"/>
                <w:b w:val="0"/>
                <w:bCs w:val="0"/>
                <w:color w:val="auto"/>
                <w:sz w:val="28"/>
                <w:szCs w:val="28"/>
              </w:rPr>
              <w:t xml:space="preserve"> ban </w:t>
            </w:r>
            <w:proofErr w:type="spellStart"/>
            <w:r w:rsidRPr="00114A3B">
              <w:rPr>
                <w:rFonts w:ascii="Times New Roman" w:hAnsi="Times New Roman" w:cs="Times New Roman"/>
                <w:b w:val="0"/>
                <w:bCs w:val="0"/>
                <w:color w:val="auto"/>
                <w:sz w:val="28"/>
                <w:szCs w:val="28"/>
              </w:rPr>
              <w:t>nhân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dân</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thành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phố</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điều</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chỉnh</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bổ</w:t>
            </w:r>
            <w:proofErr w:type="spellEnd"/>
            <w:r w:rsidRPr="00114A3B">
              <w:rPr>
                <w:rFonts w:ascii="Times New Roman" w:hAnsi="Times New Roman" w:cs="Times New Roman"/>
                <w:b w:val="0"/>
                <w:bCs w:val="0"/>
                <w:color w:val="auto"/>
                <w:sz w:val="28"/>
                <w:szCs w:val="28"/>
              </w:rPr>
              <w:t xml:space="preserve"> sung Quy </w:t>
            </w:r>
            <w:proofErr w:type="spellStart"/>
            <w:r w:rsidRPr="00114A3B">
              <w:rPr>
                <w:rFonts w:ascii="Times New Roman" w:hAnsi="Times New Roman" w:cs="Times New Roman"/>
                <w:b w:val="0"/>
                <w:bCs w:val="0"/>
                <w:color w:val="auto"/>
                <w:sz w:val="28"/>
                <w:szCs w:val="28"/>
              </w:rPr>
              <w:t>chế</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cho</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phù</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hợp</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với</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thực</w:t>
            </w:r>
            <w:proofErr w:type="spellEnd"/>
            <w:r w:rsidRPr="00114A3B">
              <w:rPr>
                <w:rFonts w:ascii="Times New Roman" w:hAnsi="Times New Roman" w:cs="Times New Roman"/>
                <w:b w:val="0"/>
                <w:bCs w:val="0"/>
                <w:color w:val="auto"/>
                <w:sz w:val="28"/>
                <w:szCs w:val="28"/>
              </w:rPr>
              <w:t xml:space="preserve"> </w:t>
            </w:r>
            <w:proofErr w:type="spellStart"/>
            <w:r w:rsidRPr="00114A3B">
              <w:rPr>
                <w:rFonts w:ascii="Times New Roman" w:hAnsi="Times New Roman" w:cs="Times New Roman"/>
                <w:b w:val="0"/>
                <w:bCs w:val="0"/>
                <w:color w:val="auto"/>
                <w:sz w:val="28"/>
                <w:szCs w:val="28"/>
              </w:rPr>
              <w:t>tiễn</w:t>
            </w:r>
            <w:proofErr w:type="spellEnd"/>
            <w:r w:rsidRPr="00114A3B">
              <w:rPr>
                <w:rFonts w:ascii="Times New Roman" w:hAnsi="Times New Roman" w:cs="Times New Roman"/>
                <w:b w:val="0"/>
                <w:bCs w:val="0"/>
                <w:color w:val="auto"/>
                <w:sz w:val="28"/>
                <w:szCs w:val="28"/>
              </w:rPr>
              <w:t>.</w:t>
            </w:r>
          </w:p>
          <w:p w14:paraId="1EDFC2D3" w14:textId="77777777" w:rsidR="004F386E" w:rsidRPr="00114A3B" w:rsidRDefault="004F386E" w:rsidP="00114A3B">
            <w:pPr>
              <w:spacing w:before="120" w:after="120" w:line="240" w:lineRule="auto"/>
              <w:jc w:val="both"/>
              <w:rPr>
                <w:rFonts w:ascii="Times New Roman" w:hAnsi="Times New Roman" w:cs="Times New Roman"/>
                <w:sz w:val="28"/>
                <w:szCs w:val="28"/>
              </w:rPr>
            </w:pPr>
          </w:p>
        </w:tc>
        <w:tc>
          <w:tcPr>
            <w:tcW w:w="3969" w:type="dxa"/>
          </w:tcPr>
          <w:p w14:paraId="0941CC22" w14:textId="0AA2B337" w:rsidR="00FE250A" w:rsidRPr="00114A3B" w:rsidRDefault="00FE250A" w:rsidP="00114A3B">
            <w:pPr>
              <w:jc w:val="both"/>
              <w:rPr>
                <w:rFonts w:ascii="Times New Roman" w:hAnsi="Times New Roman" w:cs="Times New Roman"/>
                <w:sz w:val="28"/>
                <w:szCs w:val="28"/>
              </w:rPr>
            </w:pPr>
            <w:r>
              <w:rPr>
                <w:rFonts w:ascii="Times New Roman" w:hAnsi="Times New Roman"/>
                <w:sz w:val="28"/>
              </w:rPr>
              <w:t>Quy định này nhằm bảo đảm cơ chế rà soát, cập nhật, điều chỉnh Quy chế phù hợp với thực tiễn, đáp ứng yêu cầu quản lý, vận hành Trung tâm dữ liệu trong bối cảnh phát triển công nghệ và thay đổi chính sách pháp luật. Việc sửa đổi, bổ sung kịp thời góp phần nâng cao hiệu quả, tính khả thi và phù hợp của Quy chế.</w:t>
            </w:r>
          </w:p>
        </w:tc>
      </w:tr>
    </w:tbl>
    <w:p w14:paraId="1FD12FC9" w14:textId="77777777" w:rsidR="003778E1" w:rsidRPr="00114A3B" w:rsidRDefault="003778E1" w:rsidP="00114A3B">
      <w:pPr>
        <w:jc w:val="both"/>
        <w:rPr>
          <w:rFonts w:ascii="Times New Roman" w:hAnsi="Times New Roman" w:cs="Times New Roman"/>
          <w:sz w:val="28"/>
          <w:szCs w:val="28"/>
        </w:rPr>
      </w:pPr>
    </w:p>
    <w:sectPr w:rsidR="003778E1" w:rsidRPr="00114A3B" w:rsidSect="0038199B">
      <w:pgSz w:w="15840" w:h="12240" w:orient="landscape"/>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CD0F0B"/>
    <w:multiLevelType w:val="hybridMultilevel"/>
    <w:tmpl w:val="36D4E6FC"/>
    <w:lvl w:ilvl="0" w:tplc="CFBC08DC">
      <w:start w:val="1"/>
      <w:numFmt w:val="decimal"/>
      <w:suff w:val="space"/>
      <w:lvlText w:val="%1."/>
      <w:lvlJc w:val="left"/>
      <w:pPr>
        <w:ind w:left="1" w:hanging="273"/>
      </w:pPr>
      <w:rPr>
        <w:rFonts w:ascii="Times New Roman" w:eastAsia="Times New Roman" w:hAnsi="Times New Roman" w:cs="Times New Roman" w:hint="default"/>
        <w:b w:val="0"/>
        <w:bCs w:val="0"/>
        <w:i w:val="0"/>
        <w:iCs w:val="0"/>
        <w:spacing w:val="0"/>
        <w:w w:val="100"/>
        <w:sz w:val="28"/>
        <w:szCs w:val="28"/>
        <w:lang w:eastAsia="en-US" w:bidi="ar-SA"/>
      </w:rPr>
    </w:lvl>
    <w:lvl w:ilvl="1" w:tplc="8BC6D240">
      <w:start w:val="1"/>
      <w:numFmt w:val="lowerLetter"/>
      <w:lvlText w:val="%2)"/>
      <w:lvlJc w:val="left"/>
      <w:pPr>
        <w:ind w:left="1013" w:hanging="293"/>
      </w:pPr>
      <w:rPr>
        <w:rFonts w:ascii="Times New Roman" w:eastAsia="Times New Roman" w:hAnsi="Times New Roman" w:cs="Times New Roman" w:hint="default"/>
        <w:b w:val="0"/>
        <w:bCs w:val="0"/>
        <w:i w:val="0"/>
        <w:iCs w:val="0"/>
        <w:spacing w:val="0"/>
        <w:w w:val="100"/>
        <w:sz w:val="28"/>
        <w:szCs w:val="28"/>
        <w:lang w:eastAsia="en-US" w:bidi="ar-SA"/>
      </w:rPr>
    </w:lvl>
    <w:lvl w:ilvl="2" w:tplc="68AC00C2">
      <w:numFmt w:val="bullet"/>
      <w:lvlText w:val="•"/>
      <w:lvlJc w:val="left"/>
      <w:pPr>
        <w:ind w:left="2009" w:hanging="293"/>
      </w:pPr>
      <w:rPr>
        <w:rFonts w:hint="default"/>
        <w:lang w:eastAsia="en-US" w:bidi="ar-SA"/>
      </w:rPr>
    </w:lvl>
    <w:lvl w:ilvl="3" w:tplc="78722082">
      <w:numFmt w:val="bullet"/>
      <w:lvlText w:val="•"/>
      <w:lvlJc w:val="left"/>
      <w:pPr>
        <w:ind w:left="2998" w:hanging="293"/>
      </w:pPr>
      <w:rPr>
        <w:rFonts w:hint="default"/>
        <w:lang w:eastAsia="en-US" w:bidi="ar-SA"/>
      </w:rPr>
    </w:lvl>
    <w:lvl w:ilvl="4" w:tplc="A336FFF6">
      <w:numFmt w:val="bullet"/>
      <w:lvlText w:val="•"/>
      <w:lvlJc w:val="left"/>
      <w:pPr>
        <w:ind w:left="3988" w:hanging="293"/>
      </w:pPr>
      <w:rPr>
        <w:rFonts w:hint="default"/>
        <w:lang w:eastAsia="en-US" w:bidi="ar-SA"/>
      </w:rPr>
    </w:lvl>
    <w:lvl w:ilvl="5" w:tplc="24705ABE">
      <w:numFmt w:val="bullet"/>
      <w:lvlText w:val="•"/>
      <w:lvlJc w:val="left"/>
      <w:pPr>
        <w:ind w:left="4977" w:hanging="293"/>
      </w:pPr>
      <w:rPr>
        <w:rFonts w:hint="default"/>
        <w:lang w:eastAsia="en-US" w:bidi="ar-SA"/>
      </w:rPr>
    </w:lvl>
    <w:lvl w:ilvl="6" w:tplc="7E9ED258">
      <w:numFmt w:val="bullet"/>
      <w:lvlText w:val="•"/>
      <w:lvlJc w:val="left"/>
      <w:pPr>
        <w:ind w:left="5966" w:hanging="293"/>
      </w:pPr>
      <w:rPr>
        <w:rFonts w:hint="default"/>
        <w:lang w:eastAsia="en-US" w:bidi="ar-SA"/>
      </w:rPr>
    </w:lvl>
    <w:lvl w:ilvl="7" w:tplc="3176FABC">
      <w:numFmt w:val="bullet"/>
      <w:lvlText w:val="•"/>
      <w:lvlJc w:val="left"/>
      <w:pPr>
        <w:ind w:left="6956" w:hanging="293"/>
      </w:pPr>
      <w:rPr>
        <w:rFonts w:hint="default"/>
        <w:lang w:eastAsia="en-US" w:bidi="ar-SA"/>
      </w:rPr>
    </w:lvl>
    <w:lvl w:ilvl="8" w:tplc="A110524C">
      <w:numFmt w:val="bullet"/>
      <w:lvlText w:val="•"/>
      <w:lvlJc w:val="left"/>
      <w:pPr>
        <w:ind w:left="7945" w:hanging="293"/>
      </w:pPr>
      <w:rPr>
        <w:rFonts w:hint="default"/>
        <w:lang w:eastAsia="en-US" w:bidi="ar-SA"/>
      </w:rPr>
    </w:lvl>
  </w:abstractNum>
  <w:num w:numId="1" w16cid:durableId="1393848466">
    <w:abstractNumId w:val="8"/>
  </w:num>
  <w:num w:numId="2" w16cid:durableId="1221743911">
    <w:abstractNumId w:val="6"/>
  </w:num>
  <w:num w:numId="3" w16cid:durableId="496387819">
    <w:abstractNumId w:val="5"/>
  </w:num>
  <w:num w:numId="4" w16cid:durableId="1902324141">
    <w:abstractNumId w:val="4"/>
  </w:num>
  <w:num w:numId="5" w16cid:durableId="845172253">
    <w:abstractNumId w:val="7"/>
  </w:num>
  <w:num w:numId="6" w16cid:durableId="591932528">
    <w:abstractNumId w:val="3"/>
  </w:num>
  <w:num w:numId="7" w16cid:durableId="1168715545">
    <w:abstractNumId w:val="2"/>
  </w:num>
  <w:num w:numId="8" w16cid:durableId="846794093">
    <w:abstractNumId w:val="1"/>
  </w:num>
  <w:num w:numId="9" w16cid:durableId="207113191">
    <w:abstractNumId w:val="0"/>
  </w:num>
  <w:num w:numId="10" w16cid:durableId="12384394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055"/>
    <w:rsid w:val="00002B83"/>
    <w:rsid w:val="00031199"/>
    <w:rsid w:val="00034616"/>
    <w:rsid w:val="000415AD"/>
    <w:rsid w:val="0006063C"/>
    <w:rsid w:val="000B3572"/>
    <w:rsid w:val="00102737"/>
    <w:rsid w:val="00114A3B"/>
    <w:rsid w:val="00123273"/>
    <w:rsid w:val="0015074B"/>
    <w:rsid w:val="00154054"/>
    <w:rsid w:val="00191D60"/>
    <w:rsid w:val="001B46B1"/>
    <w:rsid w:val="001D1A34"/>
    <w:rsid w:val="001F5D6A"/>
    <w:rsid w:val="00236E07"/>
    <w:rsid w:val="00245F74"/>
    <w:rsid w:val="0029639D"/>
    <w:rsid w:val="002E7DCD"/>
    <w:rsid w:val="00326F90"/>
    <w:rsid w:val="003778E1"/>
    <w:rsid w:val="00380FD3"/>
    <w:rsid w:val="0038199B"/>
    <w:rsid w:val="003A2005"/>
    <w:rsid w:val="004156CF"/>
    <w:rsid w:val="00494B54"/>
    <w:rsid w:val="004B2828"/>
    <w:rsid w:val="004F386E"/>
    <w:rsid w:val="005331D4"/>
    <w:rsid w:val="005666AB"/>
    <w:rsid w:val="005B0048"/>
    <w:rsid w:val="005E14D2"/>
    <w:rsid w:val="005E6A8F"/>
    <w:rsid w:val="0061177A"/>
    <w:rsid w:val="00613CFB"/>
    <w:rsid w:val="00635560"/>
    <w:rsid w:val="00684B2C"/>
    <w:rsid w:val="006A0883"/>
    <w:rsid w:val="006B2B4E"/>
    <w:rsid w:val="006B723F"/>
    <w:rsid w:val="00717245"/>
    <w:rsid w:val="007357F7"/>
    <w:rsid w:val="00756AE7"/>
    <w:rsid w:val="00770445"/>
    <w:rsid w:val="007821E5"/>
    <w:rsid w:val="007B1C6A"/>
    <w:rsid w:val="007D0F1A"/>
    <w:rsid w:val="007F2339"/>
    <w:rsid w:val="008056EC"/>
    <w:rsid w:val="008D6CE0"/>
    <w:rsid w:val="008F2F8D"/>
    <w:rsid w:val="009058E3"/>
    <w:rsid w:val="00921E6B"/>
    <w:rsid w:val="00924996"/>
    <w:rsid w:val="00970D2B"/>
    <w:rsid w:val="00986499"/>
    <w:rsid w:val="009951A6"/>
    <w:rsid w:val="009E7DBF"/>
    <w:rsid w:val="00A6511E"/>
    <w:rsid w:val="00AA1D8D"/>
    <w:rsid w:val="00AD7B3D"/>
    <w:rsid w:val="00AE316E"/>
    <w:rsid w:val="00B47730"/>
    <w:rsid w:val="00B558F3"/>
    <w:rsid w:val="00B572CB"/>
    <w:rsid w:val="00BC1BA6"/>
    <w:rsid w:val="00C01B25"/>
    <w:rsid w:val="00C20899"/>
    <w:rsid w:val="00C23B32"/>
    <w:rsid w:val="00C26A95"/>
    <w:rsid w:val="00CA057C"/>
    <w:rsid w:val="00CB0664"/>
    <w:rsid w:val="00CC1A8B"/>
    <w:rsid w:val="00D330C2"/>
    <w:rsid w:val="00D4257B"/>
    <w:rsid w:val="00D558E9"/>
    <w:rsid w:val="00D6528B"/>
    <w:rsid w:val="00D74C2A"/>
    <w:rsid w:val="00D906FA"/>
    <w:rsid w:val="00D90D3D"/>
    <w:rsid w:val="00E61EA2"/>
    <w:rsid w:val="00E81445"/>
    <w:rsid w:val="00E96539"/>
    <w:rsid w:val="00EC71C4"/>
    <w:rsid w:val="00F166CA"/>
    <w:rsid w:val="00F31EE6"/>
    <w:rsid w:val="00F36592"/>
    <w:rsid w:val="00F53D33"/>
    <w:rsid w:val="00F56335"/>
    <w:rsid w:val="00FA43BB"/>
    <w:rsid w:val="00FC693F"/>
    <w:rsid w:val="00FE19B1"/>
    <w:rsid w:val="00FE25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3FC777"/>
  <w14:defaultImageDpi w14:val="300"/>
  <w15:docId w15:val="{EC6917D1-74CE-40C7-A035-5BB10309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53D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7458</Words>
  <Characters>42512</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vvkhoai</cp:lastModifiedBy>
  <cp:revision>4</cp:revision>
  <dcterms:created xsi:type="dcterms:W3CDTF">2026-09-09T03:01:00Z</dcterms:created>
  <dcterms:modified xsi:type="dcterms:W3CDTF">2026-09-09T03:01:00Z</dcterms:modified>
  <cp:category/>
</cp:coreProperties>
</file>